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746"/>
        <w:gridCol w:w="3288"/>
      </w:tblGrid>
      <w:tr w:rsidR="00EB0408" w:rsidRPr="006B437F" w14:paraId="5D80051F" w14:textId="77777777">
        <w:trPr>
          <w:jc w:val="center"/>
        </w:trPr>
        <w:tc>
          <w:tcPr>
            <w:tcW w:w="6746" w:type="dxa"/>
            <w:tcBorders>
              <w:top w:val="nil"/>
              <w:left w:val="nil"/>
              <w:bottom w:val="single" w:sz="8" w:space="0" w:color="20277E"/>
              <w:right w:val="nil"/>
            </w:tcBorders>
            <w:tcMar>
              <w:top w:w="0" w:type="dxa"/>
              <w:left w:w="0" w:type="dxa"/>
              <w:bottom w:w="40" w:type="dxa"/>
              <w:right w:w="80" w:type="dxa"/>
            </w:tcMar>
            <w:vAlign w:val="center"/>
          </w:tcPr>
          <w:p w14:paraId="0D1FDE3F" w14:textId="77777777" w:rsidR="00EB0408" w:rsidRPr="006B437F" w:rsidRDefault="00D727B6" w:rsidP="00D34EA3">
            <w:pPr>
              <w:spacing w:line="240" w:lineRule="auto"/>
            </w:pPr>
            <w:r w:rsidRPr="006B437F">
              <w:rPr>
                <w:b/>
                <w:color w:val="121214"/>
                <w:sz w:val="18"/>
              </w:rPr>
              <w:t>DECISION, LEARNING, AND HUMAN DEVELOPMENT</w:t>
            </w:r>
          </w:p>
          <w:p w14:paraId="1A9DDF92" w14:textId="7A038A76" w:rsidR="00EB0408" w:rsidRPr="006B437F" w:rsidRDefault="00000000" w:rsidP="00D34EA3">
            <w:pPr>
              <w:spacing w:line="240" w:lineRule="auto"/>
            </w:pPr>
            <w:r w:rsidRPr="006B437F">
              <w:rPr>
                <w:color w:val="121214"/>
                <w:sz w:val="15"/>
              </w:rPr>
              <w:t>20XX, VOL. X, NO. X, XX - XX</w:t>
            </w:r>
          </w:p>
          <w:p w14:paraId="35969EDC" w14:textId="77777777" w:rsidR="00EB0408" w:rsidRPr="006B437F" w:rsidRDefault="00000000" w:rsidP="00D34EA3">
            <w:pPr>
              <w:spacing w:line="240" w:lineRule="auto"/>
            </w:pPr>
            <w:r w:rsidRPr="006B437F">
              <w:rPr>
                <w:color w:val="1E37A0"/>
                <w:sz w:val="15"/>
              </w:rPr>
              <w:t>https://doi.org/10.xxxx/xxxxx</w:t>
            </w:r>
          </w:p>
        </w:tc>
        <w:tc>
          <w:tcPr>
            <w:tcW w:w="2721" w:type="dxa"/>
            <w:tcBorders>
              <w:top w:val="nil"/>
              <w:left w:val="nil"/>
              <w:bottom w:val="single" w:sz="8" w:space="0" w:color="20277E"/>
              <w:right w:val="nil"/>
            </w:tcBorders>
            <w:tcMar>
              <w:top w:w="0" w:type="dxa"/>
              <w:left w:w="80" w:type="dxa"/>
              <w:bottom w:w="40" w:type="dxa"/>
              <w:right w:w="0" w:type="dxa"/>
            </w:tcMar>
            <w:vAlign w:val="center"/>
          </w:tcPr>
          <w:p w14:paraId="6E5927F3" w14:textId="77777777" w:rsidR="00EB0408" w:rsidRPr="006B437F" w:rsidRDefault="006F74FF" w:rsidP="00D34EA3">
            <w:pPr>
              <w:spacing w:line="240" w:lineRule="auto"/>
              <w:jc w:val="right"/>
            </w:pPr>
            <w:r w:rsidRPr="006B437F">
              <w:rPr>
                <w:b/>
                <w:color w:val="504C6E"/>
                <w:sz w:val="35"/>
              </w:rPr>
              <w:t xml:space="preserve"> </w:t>
            </w:r>
          </w:p>
          <w:p w14:paraId="6D5E80CC" w14:textId="77777777" w:rsidR="00EB0408" w:rsidRPr="006B437F" w:rsidRDefault="00000000" w:rsidP="00D34EA3">
            <w:pPr>
              <w:spacing w:line="240" w:lineRule="auto"/>
              <w:jc w:val="right"/>
            </w:pPr>
            <w:r w:rsidRPr="006B437F">
              <w:rPr>
                <w:b/>
                <w:color w:val="545860"/>
                <w:sz w:val="15"/>
              </w:rPr>
              <w:t xml:space="preserve">e-ISSN: </w:t>
            </w:r>
            <w:proofErr w:type="spellStart"/>
            <w:r w:rsidRPr="006B437F">
              <w:rPr>
                <w:b/>
                <w:color w:val="545860"/>
                <w:sz w:val="15"/>
              </w:rPr>
              <w:t>xxxx-xxxx</w:t>
            </w:r>
            <w:proofErr w:type="spellEnd"/>
          </w:p>
        </w:tc>
      </w:tr>
      <w:tr w:rsidR="00EB0408" w:rsidRPr="006B437F" w14:paraId="7D1280E6" w14:textId="77777777">
        <w:trPr>
          <w:jc w:val="center"/>
        </w:trPr>
        <w:tc>
          <w:tcPr>
            <w:tcW w:w="6180" w:type="dxa"/>
            <w:tcBorders>
              <w:top w:val="nil"/>
              <w:left w:val="nil"/>
              <w:bottom w:val="nil"/>
              <w:right w:val="nil"/>
            </w:tcBorders>
            <w:tcMar>
              <w:top w:w="60" w:type="dxa"/>
              <w:left w:w="0" w:type="dxa"/>
              <w:bottom w:w="30" w:type="dxa"/>
              <w:right w:w="80" w:type="dxa"/>
            </w:tcMar>
          </w:tcPr>
          <w:p w14:paraId="13516F93" w14:textId="77777777" w:rsidR="00EB0408" w:rsidRPr="006B437F" w:rsidRDefault="006F74FF" w:rsidP="00D34EA3">
            <w:pPr>
              <w:spacing w:line="240" w:lineRule="auto"/>
            </w:pPr>
            <w:r w:rsidRPr="006B437F">
              <w:rPr>
                <w:noProof/>
                <w:sz w:val="14"/>
              </w:rPr>
              <w:drawing>
                <wp:anchor distT="0" distB="0" distL="114300" distR="114300" simplePos="0" relativeHeight="251654144" behindDoc="0" locked="0" layoutInCell="1" allowOverlap="1" wp14:anchorId="71B0A2D2" wp14:editId="20634CCD">
                  <wp:simplePos x="0" y="0"/>
                  <wp:positionH relativeFrom="column">
                    <wp:posOffset>4172585</wp:posOffset>
                  </wp:positionH>
                  <wp:positionV relativeFrom="paragraph">
                    <wp:posOffset>24447</wp:posOffset>
                  </wp:positionV>
                  <wp:extent cx="1028700" cy="245110"/>
                  <wp:effectExtent l="0" t="0" r="0" b="2540"/>
                  <wp:wrapNone/>
                  <wp:docPr id="140958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83793" name=""/>
                          <pic:cNvPicPr/>
                        </pic:nvPicPr>
                        <pic:blipFill>
                          <a:blip r:embed="rId8"/>
                          <a:stretch>
                            <a:fillRect/>
                          </a:stretch>
                        </pic:blipFill>
                        <pic:spPr>
                          <a:xfrm>
                            <a:off x="0" y="0"/>
                            <a:ext cx="1028700" cy="245110"/>
                          </a:xfrm>
                          <a:prstGeom prst="rect">
                            <a:avLst/>
                          </a:prstGeom>
                        </pic:spPr>
                      </pic:pic>
                    </a:graphicData>
                  </a:graphic>
                  <wp14:sizeRelH relativeFrom="margin">
                    <wp14:pctWidth>0</wp14:pctWidth>
                  </wp14:sizeRelH>
                  <wp14:sizeRelV relativeFrom="margin">
                    <wp14:pctHeight>0</wp14:pctHeight>
                  </wp14:sizeRelV>
                </wp:anchor>
              </w:drawing>
            </w:r>
            <w:r w:rsidR="00015C29" w:rsidRPr="006B437F">
              <w:rPr>
                <w:color w:val="121214"/>
                <w:sz w:val="17"/>
              </w:rPr>
              <w:t xml:space="preserve">KALIDAKA CENDIKIA NUSANTARA | </w:t>
            </w:r>
            <w:r w:rsidRPr="006B437F">
              <w:rPr>
                <w:color w:val="121214"/>
                <w:sz w:val="17"/>
              </w:rPr>
              <w:t>RESEARCH ARTICLE</w:t>
            </w:r>
          </w:p>
        </w:tc>
        <w:tc>
          <w:tcPr>
            <w:tcW w:w="3288" w:type="dxa"/>
            <w:tcBorders>
              <w:top w:val="nil"/>
              <w:left w:val="nil"/>
              <w:bottom w:val="nil"/>
              <w:right w:val="nil"/>
            </w:tcBorders>
            <w:tcMar>
              <w:top w:w="45" w:type="dxa"/>
              <w:left w:w="80" w:type="dxa"/>
              <w:bottom w:w="30" w:type="dxa"/>
              <w:right w:w="0" w:type="dxa"/>
            </w:tcMar>
          </w:tcPr>
          <w:p w14:paraId="363210CD" w14:textId="77777777" w:rsidR="00EB0408" w:rsidRPr="006B437F" w:rsidRDefault="006F74FF" w:rsidP="00D34EA3">
            <w:pPr>
              <w:spacing w:line="240" w:lineRule="auto"/>
              <w:jc w:val="right"/>
              <w:rPr>
                <w:noProof/>
              </w:rPr>
            </w:pPr>
            <w:r w:rsidRPr="006B437F">
              <w:rPr>
                <w:noProof/>
              </w:rPr>
              <w:drawing>
                <wp:anchor distT="0" distB="0" distL="114300" distR="114300" simplePos="0" relativeHeight="251663360" behindDoc="0" locked="0" layoutInCell="1" allowOverlap="1" wp14:anchorId="1C86075A" wp14:editId="5CD4C7FB">
                  <wp:simplePos x="0" y="0"/>
                  <wp:positionH relativeFrom="column">
                    <wp:posOffset>900113</wp:posOffset>
                  </wp:positionH>
                  <wp:positionV relativeFrom="paragraph">
                    <wp:posOffset>-1270</wp:posOffset>
                  </wp:positionV>
                  <wp:extent cx="1204595" cy="268605"/>
                  <wp:effectExtent l="0" t="0" r="0" b="0"/>
                  <wp:wrapNone/>
                  <wp:docPr id="163925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4595" cy="268605"/>
                          </a:xfrm>
                          <a:prstGeom prst="rect">
                            <a:avLst/>
                          </a:prstGeom>
                          <a:noFill/>
                        </pic:spPr>
                      </pic:pic>
                    </a:graphicData>
                  </a:graphic>
                  <wp14:sizeRelH relativeFrom="margin">
                    <wp14:pctWidth>0</wp14:pctWidth>
                  </wp14:sizeRelH>
                  <wp14:sizeRelV relativeFrom="margin">
                    <wp14:pctHeight>0</wp14:pctHeight>
                  </wp14:sizeRelV>
                </wp:anchor>
              </w:drawing>
            </w:r>
            <w:r w:rsidRPr="006B437F">
              <w:rPr>
                <w:sz w:val="14"/>
              </w:rPr>
              <w:t xml:space="preserve">  </w:t>
            </w:r>
          </w:p>
          <w:p w14:paraId="39BB5D5E" w14:textId="77777777" w:rsidR="006F74FF" w:rsidRPr="006B437F" w:rsidRDefault="006F74FF" w:rsidP="00D34EA3">
            <w:pPr>
              <w:spacing w:line="240" w:lineRule="auto"/>
              <w:jc w:val="right"/>
              <w:rPr>
                <w:noProof/>
              </w:rPr>
            </w:pPr>
          </w:p>
          <w:p w14:paraId="63F9B145" w14:textId="77777777" w:rsidR="006F74FF" w:rsidRPr="006B437F" w:rsidRDefault="006F74FF" w:rsidP="00D34EA3">
            <w:pPr>
              <w:spacing w:line="240" w:lineRule="auto"/>
              <w:jc w:val="right"/>
            </w:pPr>
          </w:p>
        </w:tc>
      </w:tr>
    </w:tbl>
    <w:p w14:paraId="49E7F9C8" w14:textId="77777777" w:rsidR="00EB0408" w:rsidRPr="006B437F" w:rsidRDefault="00000000" w:rsidP="00D34EA3">
      <w:pPr>
        <w:keepNext/>
        <w:spacing w:after="240" w:line="240" w:lineRule="auto"/>
        <w:rPr>
          <w:color w:val="002060"/>
          <w:sz w:val="22"/>
          <w:szCs w:val="24"/>
        </w:rPr>
      </w:pPr>
      <w:r w:rsidRPr="006B437F">
        <w:rPr>
          <w:b/>
          <w:color w:val="002060"/>
          <w:sz w:val="36"/>
          <w:szCs w:val="24"/>
        </w:rPr>
        <w:t>[ARTICLE TITLE: Concise, Specific, and Informative Title in Title Case]</w:t>
      </w:r>
    </w:p>
    <w:p w14:paraId="63663BCE" w14:textId="225E6FA8" w:rsidR="00EB0408" w:rsidRPr="006B437F" w:rsidRDefault="00D34EA3" w:rsidP="00D34EA3">
      <w:pPr>
        <w:keepNext/>
        <w:spacing w:line="240" w:lineRule="auto"/>
      </w:pPr>
      <w:r w:rsidRPr="006B437F">
        <w:rPr>
          <w:color w:val="121214"/>
          <w:sz w:val="21"/>
        </w:rPr>
        <w:t>[First Author]</w:t>
      </w:r>
      <w:r w:rsidRPr="006B437F">
        <w:rPr>
          <w:color w:val="121214"/>
          <w:sz w:val="21"/>
          <w:szCs w:val="21"/>
          <w:vertAlign w:val="superscript"/>
        </w:rPr>
        <w:t>1,2</w:t>
      </w:r>
      <w:r w:rsidRPr="006B437F">
        <w:rPr>
          <w:color w:val="121214"/>
          <w:sz w:val="21"/>
        </w:rPr>
        <w:t xml:space="preserve"> and [Second Author]</w:t>
      </w:r>
      <w:r w:rsidRPr="006B437F">
        <w:rPr>
          <w:color w:val="121214"/>
          <w:sz w:val="21"/>
          <w:vertAlign w:val="superscript"/>
        </w:rPr>
        <w:t>1</w:t>
      </w:r>
    </w:p>
    <w:p w14:paraId="641138FB" w14:textId="3BCC4DDD" w:rsidR="00EB0408" w:rsidRPr="006B437F" w:rsidRDefault="00000000" w:rsidP="00D34EA3">
      <w:pPr>
        <w:spacing w:line="240" w:lineRule="auto"/>
        <w:rPr>
          <w:color w:val="121214"/>
          <w:sz w:val="18"/>
        </w:rPr>
      </w:pPr>
      <w:r w:rsidRPr="006B437F">
        <w:rPr>
          <w:color w:val="121214"/>
          <w:sz w:val="18"/>
        </w:rPr>
        <w:t>¹ [Primary Affiliation], [Country]</w:t>
      </w:r>
    </w:p>
    <w:p w14:paraId="03C3EBA6" w14:textId="77777777" w:rsidR="00D34EA3" w:rsidRPr="006B437F" w:rsidRDefault="00D34EA3" w:rsidP="00D34EA3">
      <w:pPr>
        <w:spacing w:line="240" w:lineRule="auto"/>
      </w:pPr>
      <w:r w:rsidRPr="006B437F">
        <w:rPr>
          <w:color w:val="121214"/>
          <w:sz w:val="18"/>
          <w:vertAlign w:val="superscript"/>
        </w:rPr>
        <w:t>2</w:t>
      </w:r>
      <w:r w:rsidRPr="006B437F">
        <w:rPr>
          <w:color w:val="121214"/>
          <w:sz w:val="18"/>
        </w:rPr>
        <w:t xml:space="preserve"> [Secondary Affiliation], [Country]</w:t>
      </w:r>
    </w:p>
    <w:p w14:paraId="0E33F974" w14:textId="77777777" w:rsidR="00EB0408" w:rsidRPr="006B437F" w:rsidRDefault="00EB0408" w:rsidP="00D34EA3">
      <w:pPr>
        <w:spacing w:line="240" w:lineRule="auto"/>
      </w:pPr>
    </w:p>
    <w:p w14:paraId="7AF588D1" w14:textId="77777777" w:rsidR="00EB0408" w:rsidRPr="006B437F" w:rsidRDefault="00EB0408" w:rsidP="00D34EA3">
      <w:pPr>
        <w:spacing w:line="240" w:lineRule="auto"/>
      </w:pPr>
    </w:p>
    <w:tbl>
      <w:tblPr>
        <w:tblW w:w="0" w:type="auto"/>
        <w:jc w:val="center"/>
        <w:tblLayout w:type="fixed"/>
        <w:tblLook w:val="04A0" w:firstRow="1" w:lastRow="0" w:firstColumn="1" w:lastColumn="0" w:noHBand="0" w:noVBand="1"/>
      </w:tblPr>
      <w:tblGrid>
        <w:gridCol w:w="6860"/>
        <w:gridCol w:w="2608"/>
      </w:tblGrid>
      <w:tr w:rsidR="00EB0408" w:rsidRPr="006B437F" w14:paraId="1761204E" w14:textId="77777777" w:rsidTr="00D727B6">
        <w:trPr>
          <w:trHeight w:val="7427"/>
          <w:jc w:val="center"/>
        </w:trPr>
        <w:tc>
          <w:tcPr>
            <w:tcW w:w="6860" w:type="dxa"/>
            <w:tcBorders>
              <w:top w:val="nil"/>
              <w:left w:val="nil"/>
              <w:bottom w:val="nil"/>
              <w:right w:val="nil"/>
            </w:tcBorders>
            <w:shd w:val="clear" w:color="auto" w:fill="E2ECFE"/>
            <w:tcMar>
              <w:top w:w="150" w:type="dxa"/>
              <w:left w:w="210" w:type="dxa"/>
              <w:bottom w:w="150" w:type="dxa"/>
              <w:right w:w="210" w:type="dxa"/>
            </w:tcMar>
          </w:tcPr>
          <w:p w14:paraId="388EA42D" w14:textId="77777777" w:rsidR="00EB0408" w:rsidRPr="006B437F" w:rsidRDefault="00000000" w:rsidP="00D34EA3">
            <w:pPr>
              <w:spacing w:line="240" w:lineRule="auto"/>
              <w:rPr>
                <w:color w:val="002060"/>
                <w:sz w:val="18"/>
                <w:szCs w:val="18"/>
              </w:rPr>
            </w:pPr>
            <w:r w:rsidRPr="006B437F">
              <w:rPr>
                <w:b/>
                <w:color w:val="002060"/>
                <w:sz w:val="18"/>
                <w:szCs w:val="18"/>
              </w:rPr>
              <w:t>ABSTRACT</w:t>
            </w:r>
          </w:p>
          <w:p w14:paraId="533D1BB4" w14:textId="77777777" w:rsidR="00EB0408" w:rsidRPr="006B437F" w:rsidRDefault="00000000" w:rsidP="00D34EA3">
            <w:pPr>
              <w:spacing w:line="240" w:lineRule="auto"/>
              <w:jc w:val="both"/>
            </w:pPr>
            <w:r w:rsidRPr="006B437F">
              <w:rPr>
                <w:color w:val="121214"/>
                <w:sz w:val="17"/>
              </w:rPr>
              <w:t>Begin with one or two sentences that establish the research context and the specific unresolved problem. State clearly what the study aims to investigate, evaluate, develop, compare, or explain. Identify the research design, setting, participants or data source, sample size when relevant, principal instruments or variables, and the main analytical procedure. Report the most important findings using concrete quantitative values, effect estimates, themes, or other essential evidence rather than vague statements. Indicate the direction and practical meaning of the results, but do not introduce details that are absent from the main manuscript. Conclude with the central interpretation, contribution, or implication of the study. The abstract should be self-contained and written as one coherent paragraph. Do not include citations, tables, figures, footnotes, undefined abbreviations, or lengthy background material. Use precise academic language so that a reader can understand what was studied, why it was studied, how the analysis was conducted, what was found, and why the findings matter without consulting the full article. Keep terminology, numerical values, sample descriptions, and conclusions fully consistent with the main text. Define any unavoidable abbreviation at first use, report only the most informative statistics, avoid promotional language, and ensure that the final sentence states a defensible implication rather than a claim that exceeds the evidence.</w:t>
            </w:r>
          </w:p>
          <w:p w14:paraId="6A5C9B8F" w14:textId="77777777" w:rsidR="00D727B6" w:rsidRPr="006B437F" w:rsidRDefault="00D727B6" w:rsidP="00D34EA3">
            <w:pPr>
              <w:spacing w:line="240" w:lineRule="auto"/>
              <w:rPr>
                <w:b/>
                <w:color w:val="002060"/>
                <w:sz w:val="17"/>
              </w:rPr>
            </w:pPr>
          </w:p>
          <w:p w14:paraId="7DC8AE9D" w14:textId="77777777" w:rsidR="00EB0408" w:rsidRPr="006B437F" w:rsidRDefault="00000000" w:rsidP="00D34EA3">
            <w:pPr>
              <w:spacing w:line="240" w:lineRule="auto"/>
              <w:rPr>
                <w:color w:val="002060"/>
                <w:sz w:val="18"/>
                <w:szCs w:val="18"/>
              </w:rPr>
            </w:pPr>
            <w:r w:rsidRPr="006B437F">
              <w:rPr>
                <w:b/>
                <w:color w:val="002060"/>
                <w:sz w:val="18"/>
                <w:szCs w:val="18"/>
              </w:rPr>
              <w:t>IMPACT STATEMENT</w:t>
            </w:r>
          </w:p>
          <w:p w14:paraId="16DFABEF" w14:textId="77777777" w:rsidR="00EB0408" w:rsidRPr="006B437F" w:rsidRDefault="00000000" w:rsidP="00D34EA3">
            <w:pPr>
              <w:spacing w:line="240" w:lineRule="auto"/>
              <w:jc w:val="both"/>
            </w:pPr>
            <w:r w:rsidRPr="006B437F">
              <w:rPr>
                <w:color w:val="121214"/>
                <w:sz w:val="17"/>
              </w:rPr>
              <w:t>Explain why the study matters beyond its immediate dataset or research setting. Identify the practical, policy, educational, clinical, social, technological, or theoretical significance of the findings, depending on the manuscript topic. State what decision, practice, understanding, or future research direction could be improved because of the evidence presented. Emphasize the broader value of the article in language accessible to non-specialist readers, avoid repeating the abstract word for word, and do not claim impacts that are not supported by the results. Where appropriate, indicate the population, institution, professional group, or policy domain that could benefit from the findings and the type of change the evidence can reasonably support.</w:t>
            </w:r>
          </w:p>
        </w:tc>
        <w:tc>
          <w:tcPr>
            <w:tcW w:w="2608" w:type="dxa"/>
            <w:tcBorders>
              <w:top w:val="nil"/>
              <w:left w:val="nil"/>
              <w:bottom w:val="nil"/>
              <w:right w:val="nil"/>
            </w:tcBorders>
            <w:tcMar>
              <w:top w:w="150" w:type="dxa"/>
              <w:left w:w="150" w:type="dxa"/>
              <w:bottom w:w="150" w:type="dxa"/>
              <w:right w:w="0" w:type="dxa"/>
            </w:tcMar>
          </w:tcPr>
          <w:p w14:paraId="1DD39CB5" w14:textId="77777777" w:rsidR="00EB0408" w:rsidRPr="006B437F" w:rsidRDefault="00000000" w:rsidP="00D34EA3">
            <w:pPr>
              <w:spacing w:line="240" w:lineRule="auto"/>
              <w:rPr>
                <w:color w:val="002060"/>
                <w:sz w:val="16"/>
                <w:szCs w:val="16"/>
              </w:rPr>
            </w:pPr>
            <w:r w:rsidRPr="006B437F">
              <w:rPr>
                <w:b/>
                <w:color w:val="002060"/>
                <w:sz w:val="16"/>
                <w:szCs w:val="16"/>
              </w:rPr>
              <w:t>ARTICLE HISTORY</w:t>
            </w:r>
          </w:p>
          <w:p w14:paraId="5A2F9E06" w14:textId="037C4007" w:rsidR="00EB0408" w:rsidRPr="006B437F" w:rsidRDefault="00000000" w:rsidP="00D34EA3">
            <w:pPr>
              <w:spacing w:line="240" w:lineRule="auto"/>
              <w:rPr>
                <w:sz w:val="16"/>
                <w:szCs w:val="16"/>
              </w:rPr>
            </w:pPr>
            <w:r w:rsidRPr="006B437F">
              <w:rPr>
                <w:color w:val="121214"/>
                <w:sz w:val="16"/>
                <w:szCs w:val="16"/>
              </w:rPr>
              <w:t>Received: [Day Month Year] Revised: [Day Month Year] Accepted: [Day Month Year] Published: [Day Month Year]</w:t>
            </w:r>
            <w:r w:rsidRPr="006B437F">
              <w:rPr>
                <w:color w:val="121214"/>
                <w:sz w:val="16"/>
                <w:szCs w:val="16"/>
              </w:rPr>
              <w:br/>
            </w:r>
            <w:r w:rsidRPr="006B437F">
              <w:rPr>
                <w:color w:val="121214"/>
                <w:sz w:val="16"/>
                <w:szCs w:val="16"/>
              </w:rPr>
              <w:br/>
            </w:r>
            <w:r w:rsidRPr="006B437F">
              <w:rPr>
                <w:color w:val="121214"/>
                <w:sz w:val="16"/>
                <w:szCs w:val="16"/>
              </w:rPr>
              <w:br/>
            </w:r>
          </w:p>
          <w:p w14:paraId="6FCE36F3" w14:textId="77777777" w:rsidR="00EB0408" w:rsidRPr="006B437F" w:rsidRDefault="00000000" w:rsidP="00D34EA3">
            <w:pPr>
              <w:spacing w:line="240" w:lineRule="auto"/>
              <w:rPr>
                <w:color w:val="002060"/>
                <w:sz w:val="16"/>
                <w:szCs w:val="16"/>
              </w:rPr>
            </w:pPr>
            <w:r w:rsidRPr="006B437F">
              <w:rPr>
                <w:b/>
                <w:color w:val="002060"/>
                <w:sz w:val="16"/>
                <w:szCs w:val="16"/>
              </w:rPr>
              <w:t>KEYWORDS</w:t>
            </w:r>
          </w:p>
          <w:p w14:paraId="551F0242" w14:textId="77777777" w:rsidR="00EB0408" w:rsidRPr="006B437F" w:rsidRDefault="00000000" w:rsidP="00D34EA3">
            <w:pPr>
              <w:spacing w:line="240" w:lineRule="auto"/>
              <w:rPr>
                <w:color w:val="121214"/>
                <w:sz w:val="16"/>
                <w:szCs w:val="16"/>
              </w:rPr>
            </w:pPr>
            <w:r w:rsidRPr="006B437F">
              <w:rPr>
                <w:color w:val="121214"/>
                <w:sz w:val="16"/>
                <w:szCs w:val="16"/>
              </w:rPr>
              <w:t>keyword 1; keyword 2; keyword 3; keyword 4; keyword 5</w:t>
            </w:r>
          </w:p>
          <w:p w14:paraId="21A69317" w14:textId="77777777" w:rsidR="00D727B6" w:rsidRPr="006B437F" w:rsidRDefault="00D727B6" w:rsidP="00D34EA3">
            <w:pPr>
              <w:spacing w:line="240" w:lineRule="auto"/>
            </w:pPr>
          </w:p>
          <w:p w14:paraId="0E65AF87" w14:textId="77777777" w:rsidR="00D727B6" w:rsidRPr="006B437F" w:rsidRDefault="00D727B6" w:rsidP="00D34EA3">
            <w:pPr>
              <w:spacing w:line="240" w:lineRule="auto"/>
            </w:pPr>
          </w:p>
          <w:p w14:paraId="6E0B7D2C" w14:textId="77777777" w:rsidR="00D727B6" w:rsidRPr="006B437F" w:rsidRDefault="00D727B6" w:rsidP="00D34EA3">
            <w:pPr>
              <w:spacing w:line="240" w:lineRule="auto"/>
            </w:pPr>
          </w:p>
          <w:p w14:paraId="49CDE47D" w14:textId="77777777" w:rsidR="00D727B6" w:rsidRPr="006B437F" w:rsidRDefault="00D727B6" w:rsidP="00D34EA3">
            <w:pPr>
              <w:spacing w:line="240" w:lineRule="auto"/>
            </w:pPr>
          </w:p>
          <w:p w14:paraId="7AC371A3" w14:textId="77777777" w:rsidR="00D727B6" w:rsidRPr="006B437F" w:rsidRDefault="00D727B6" w:rsidP="00D34EA3">
            <w:pPr>
              <w:spacing w:line="240" w:lineRule="auto"/>
            </w:pPr>
          </w:p>
          <w:p w14:paraId="36EB7F70" w14:textId="77777777" w:rsidR="00D727B6" w:rsidRPr="006B437F" w:rsidRDefault="00D727B6" w:rsidP="00D34EA3">
            <w:pPr>
              <w:spacing w:line="240" w:lineRule="auto"/>
            </w:pPr>
          </w:p>
          <w:p w14:paraId="0384C408" w14:textId="77777777" w:rsidR="00EB0408" w:rsidRPr="006B437F" w:rsidRDefault="00D727B6" w:rsidP="00D34EA3">
            <w:pPr>
              <w:spacing w:line="240" w:lineRule="auto"/>
            </w:pPr>
            <w:r w:rsidRPr="006B437F">
              <w:rPr>
                <w:noProof/>
              </w:rPr>
              <w:drawing>
                <wp:anchor distT="0" distB="0" distL="114300" distR="114300" simplePos="0" relativeHeight="251664384" behindDoc="0" locked="0" layoutInCell="1" allowOverlap="1" wp14:anchorId="6A08E28A" wp14:editId="7283A993">
                  <wp:simplePos x="0" y="0"/>
                  <wp:positionH relativeFrom="column">
                    <wp:posOffset>13335</wp:posOffset>
                  </wp:positionH>
                  <wp:positionV relativeFrom="paragraph">
                    <wp:posOffset>191770</wp:posOffset>
                  </wp:positionV>
                  <wp:extent cx="1426273" cy="2017486"/>
                  <wp:effectExtent l="0" t="0" r="2540" b="1905"/>
                  <wp:wrapNone/>
                  <wp:docPr id="1110458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458593" name="Picture 2"/>
                          <pic:cNvPicPr/>
                        </pic:nvPicPr>
                        <pic:blipFill>
                          <a:blip r:embed="rId10"/>
                          <a:stretch>
                            <a:fillRect/>
                          </a:stretch>
                        </pic:blipFill>
                        <pic:spPr>
                          <a:xfrm>
                            <a:off x="0" y="0"/>
                            <a:ext cx="1426273" cy="2017486"/>
                          </a:xfrm>
                          <a:prstGeom prst="rect">
                            <a:avLst/>
                          </a:prstGeom>
                        </pic:spPr>
                      </pic:pic>
                    </a:graphicData>
                  </a:graphic>
                </wp:anchor>
              </w:drawing>
            </w:r>
          </w:p>
        </w:tc>
      </w:tr>
    </w:tbl>
    <w:p w14:paraId="04210910" w14:textId="7BB24FEF" w:rsidR="00EB0408" w:rsidRPr="006B437F" w:rsidRDefault="00000000" w:rsidP="00D34EA3">
      <w:pPr>
        <w:spacing w:line="240" w:lineRule="auto"/>
      </w:pPr>
      <w:proofErr w:type="gramStart"/>
      <w:r w:rsidRPr="006B437F">
        <w:rPr>
          <w:b/>
          <w:color w:val="002060"/>
          <w:sz w:val="16"/>
        </w:rPr>
        <w:t xml:space="preserve">CONTACT  </w:t>
      </w:r>
      <w:r w:rsidRPr="006B437F">
        <w:rPr>
          <w:color w:val="121214"/>
          <w:sz w:val="16"/>
        </w:rPr>
        <w:t>[</w:t>
      </w:r>
      <w:proofErr w:type="gramEnd"/>
      <w:r w:rsidRPr="006B437F">
        <w:rPr>
          <w:color w:val="121214"/>
          <w:sz w:val="16"/>
        </w:rPr>
        <w:t xml:space="preserve">Author] </w:t>
      </w:r>
      <w:r w:rsidR="006B437F" w:rsidRPr="006B437F">
        <w:rPr>
          <w:noProof/>
          <w:color w:val="121214"/>
          <w:sz w:val="15"/>
        </w:rPr>
        <w:drawing>
          <wp:inline distT="0" distB="0" distL="0" distR="0" wp14:anchorId="40E2F272" wp14:editId="5D7BDA13">
            <wp:extent cx="151765" cy="139065"/>
            <wp:effectExtent l="0" t="0" r="635" b="0"/>
            <wp:docPr id="75181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10333" name=""/>
                    <pic:cNvPicPr/>
                  </pic:nvPicPr>
                  <pic:blipFill>
                    <a:blip r:embed="rId11"/>
                    <a:stretch>
                      <a:fillRect/>
                    </a:stretch>
                  </pic:blipFill>
                  <pic:spPr>
                    <a:xfrm>
                      <a:off x="0" y="0"/>
                      <a:ext cx="151765" cy="139065"/>
                    </a:xfrm>
                    <a:prstGeom prst="rect">
                      <a:avLst/>
                    </a:prstGeom>
                  </pic:spPr>
                </pic:pic>
              </a:graphicData>
            </a:graphic>
          </wp:inline>
        </w:drawing>
      </w:r>
      <w:r w:rsidRPr="006B437F">
        <w:rPr>
          <w:color w:val="121214"/>
          <w:sz w:val="16"/>
        </w:rPr>
        <w:t>author@email.com</w:t>
      </w:r>
      <w:hyperlink r:id="rId12" w:history="1"/>
      <w:r w:rsidRPr="006B437F">
        <w:rPr>
          <w:color w:val="1E37A0"/>
          <w:sz w:val="16"/>
        </w:rPr>
        <w:t xml:space="preserve">  | </w:t>
      </w:r>
      <w:r w:rsidRPr="006B437F">
        <w:rPr>
          <w:color w:val="000000" w:themeColor="text1"/>
          <w:sz w:val="16"/>
        </w:rPr>
        <w:t>[Affiliation]</w:t>
      </w:r>
      <w:r w:rsidR="00FE11A0">
        <w:rPr>
          <w:color w:val="000000" w:themeColor="text1"/>
          <w:sz w:val="16"/>
        </w:rPr>
        <w:t>, [Country]</w:t>
      </w:r>
    </w:p>
    <w:tbl>
      <w:tblPr>
        <w:tblW w:w="0" w:type="auto"/>
        <w:jc w:val="center"/>
        <w:tblLayout w:type="fixed"/>
        <w:tblLook w:val="04A0" w:firstRow="1" w:lastRow="0" w:firstColumn="1" w:lastColumn="0" w:noHBand="0" w:noVBand="1"/>
      </w:tblPr>
      <w:tblGrid>
        <w:gridCol w:w="1701"/>
        <w:gridCol w:w="7767"/>
      </w:tblGrid>
      <w:tr w:rsidR="00EB0408" w:rsidRPr="006B437F" w14:paraId="011ABCDD" w14:textId="77777777">
        <w:trPr>
          <w:jc w:val="center"/>
        </w:trPr>
        <w:tc>
          <w:tcPr>
            <w:tcW w:w="1701" w:type="dxa"/>
            <w:tcBorders>
              <w:top w:val="single" w:sz="7" w:space="0" w:color="20277E"/>
              <w:left w:val="nil"/>
              <w:bottom w:val="nil"/>
              <w:right w:val="nil"/>
            </w:tcBorders>
            <w:tcMar>
              <w:top w:w="20" w:type="dxa"/>
              <w:left w:w="0" w:type="dxa"/>
              <w:bottom w:w="0" w:type="dxa"/>
              <w:right w:w="50" w:type="dxa"/>
            </w:tcMar>
          </w:tcPr>
          <w:p w14:paraId="02654B30" w14:textId="77777777" w:rsidR="00EB0408" w:rsidRPr="006B437F" w:rsidRDefault="00000000" w:rsidP="00D34EA3">
            <w:pPr>
              <w:spacing w:line="240" w:lineRule="auto"/>
            </w:pPr>
            <w:r w:rsidRPr="006B437F">
              <w:rPr>
                <w:noProof/>
              </w:rPr>
              <w:drawing>
                <wp:inline distT="0" distB="0" distL="0" distR="0" wp14:anchorId="61CCD621" wp14:editId="36A5FFD0">
                  <wp:extent cx="810000" cy="283400"/>
                  <wp:effectExtent l="0" t="0" r="0" b="2540"/>
                  <wp:docPr id="3" name="Picture 3" descr="Creative Commons Attribution (CC BY) license mark" title="Creative Commons Attributi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reative Commons Attribution (CC BY) license mark" title="Creative Commons Attribution">
                            <a:hlinkClick r:id="rId13"/>
                          </pic:cNvPr>
                          <pic:cNvPicPr/>
                        </pic:nvPicPr>
                        <pic:blipFill>
                          <a:blip r:embed="rId14"/>
                          <a:stretch>
                            <a:fillRect/>
                          </a:stretch>
                        </pic:blipFill>
                        <pic:spPr>
                          <a:xfrm>
                            <a:off x="0" y="0"/>
                            <a:ext cx="810000" cy="283400"/>
                          </a:xfrm>
                          <a:prstGeom prst="rect">
                            <a:avLst/>
                          </a:prstGeom>
                        </pic:spPr>
                      </pic:pic>
                    </a:graphicData>
                  </a:graphic>
                </wp:inline>
              </w:drawing>
            </w:r>
          </w:p>
        </w:tc>
        <w:tc>
          <w:tcPr>
            <w:tcW w:w="7767" w:type="dxa"/>
            <w:tcBorders>
              <w:top w:val="single" w:sz="7" w:space="0" w:color="20277E"/>
              <w:left w:val="nil"/>
              <w:bottom w:val="nil"/>
              <w:right w:val="nil"/>
            </w:tcBorders>
            <w:tcMar>
              <w:top w:w="20" w:type="dxa"/>
              <w:left w:w="0" w:type="dxa"/>
              <w:bottom w:w="0" w:type="dxa"/>
              <w:right w:w="50" w:type="dxa"/>
            </w:tcMar>
          </w:tcPr>
          <w:p w14:paraId="03020F89" w14:textId="77777777" w:rsidR="00EB0408" w:rsidRPr="006B437F" w:rsidRDefault="00000000" w:rsidP="00D34EA3">
            <w:pPr>
              <w:spacing w:line="240" w:lineRule="auto"/>
              <w:jc w:val="both"/>
              <w:rPr>
                <w:sz w:val="14"/>
                <w:szCs w:val="14"/>
              </w:rPr>
            </w:pPr>
            <w:r w:rsidRPr="006B437F">
              <w:rPr>
                <w:color w:val="121214"/>
                <w:sz w:val="14"/>
                <w:szCs w:val="14"/>
              </w:rPr>
              <w:t xml:space="preserve">© 2026 The Author(s). Published by </w:t>
            </w:r>
            <w:proofErr w:type="spellStart"/>
            <w:r w:rsidR="00A758E7" w:rsidRPr="006B437F">
              <w:rPr>
                <w:color w:val="121214"/>
                <w:sz w:val="14"/>
                <w:szCs w:val="14"/>
              </w:rPr>
              <w:t>Kalidaka</w:t>
            </w:r>
            <w:proofErr w:type="spellEnd"/>
            <w:r w:rsidR="00A758E7" w:rsidRPr="006B437F">
              <w:rPr>
                <w:color w:val="121214"/>
                <w:sz w:val="14"/>
                <w:szCs w:val="14"/>
              </w:rPr>
              <w:t xml:space="preserve"> </w:t>
            </w:r>
            <w:proofErr w:type="spellStart"/>
            <w:r w:rsidR="00A758E7" w:rsidRPr="006B437F">
              <w:rPr>
                <w:color w:val="121214"/>
                <w:sz w:val="14"/>
                <w:szCs w:val="14"/>
              </w:rPr>
              <w:t>Cendikia</w:t>
            </w:r>
            <w:proofErr w:type="spellEnd"/>
            <w:r w:rsidR="00A758E7" w:rsidRPr="006B437F">
              <w:rPr>
                <w:color w:val="121214"/>
                <w:sz w:val="14"/>
                <w:szCs w:val="14"/>
              </w:rPr>
              <w:t xml:space="preserve"> Nusantara</w:t>
            </w:r>
            <w:r w:rsidRPr="006B437F">
              <w:rPr>
                <w:color w:val="121214"/>
                <w:sz w:val="14"/>
                <w:szCs w:val="14"/>
              </w:rPr>
              <w:t>. This is an Open Access article distributed under the terms of the Creative Commons Attribution 4.0 International License (CC BY 4.0), permitting use, distribution, and reproduction provided the original work is properly cited.</w:t>
            </w:r>
          </w:p>
        </w:tc>
      </w:tr>
    </w:tbl>
    <w:p w14:paraId="79CC1656" w14:textId="77777777" w:rsidR="00EB0408" w:rsidRPr="006B437F" w:rsidRDefault="00000000" w:rsidP="00D34EA3">
      <w:pPr>
        <w:spacing w:line="240" w:lineRule="auto"/>
      </w:pPr>
      <w:r w:rsidRPr="006B437F">
        <w:br w:type="page"/>
      </w:r>
    </w:p>
    <w:p w14:paraId="2581D253" w14:textId="77777777" w:rsidR="00946D2F" w:rsidRPr="006B437F" w:rsidRDefault="00000000" w:rsidP="00D34EA3">
      <w:pPr>
        <w:keepNext/>
        <w:spacing w:before="120" w:after="60" w:line="240" w:lineRule="auto"/>
      </w:pPr>
      <w:r w:rsidRPr="006B437F">
        <w:rPr>
          <w:b/>
          <w:color w:val="002060"/>
          <w:sz w:val="23"/>
        </w:rPr>
        <w:lastRenderedPageBreak/>
        <w:t>1. Introduction</w:t>
      </w:r>
    </w:p>
    <w:p w14:paraId="006E93B2"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the manuscript introduction. Establish the scholarly context, define the research problem, identify the gap, justify the study, and support important claims with relevant and credible literature Replace this sample text with the manuscript introduction. Establish the scholarly context, define the research problem, [</w:t>
      </w:r>
      <w:hyperlink w:anchor="Ref_1" w:history="1">
        <w:r w:rsidR="00946D2F" w:rsidRPr="006B437F">
          <w:rPr>
            <w:color w:val="0563C1"/>
            <w:sz w:val="19"/>
            <w:szCs w:val="19"/>
          </w:rPr>
          <w:t>1</w:t>
        </w:r>
      </w:hyperlink>
      <w:r w:rsidRPr="006B437F">
        <w:rPr>
          <w:color w:val="121214"/>
          <w:sz w:val="19"/>
          <w:szCs w:val="19"/>
        </w:rPr>
        <w:t>]. Replace this sample text with the manuscript introduction. Establish the scholarly context, define the research problem, identify the gap, justify the study, and support important claims with relevant and credible literature Replace this sample text with [</w:t>
      </w:r>
      <w:hyperlink w:anchor="Ref_2" w:history="1">
        <w:r w:rsidR="00946D2F" w:rsidRPr="006B437F">
          <w:rPr>
            <w:color w:val="0563C1"/>
            <w:sz w:val="19"/>
            <w:szCs w:val="19"/>
          </w:rPr>
          <w:t>2</w:t>
        </w:r>
      </w:hyperlink>
      <w:r w:rsidRPr="006B437F">
        <w:rPr>
          <w:color w:val="121214"/>
          <w:sz w:val="19"/>
          <w:szCs w:val="19"/>
        </w:rPr>
        <w:t>].</w:t>
      </w:r>
    </w:p>
    <w:p w14:paraId="2D24C977"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the manuscript introduction. Establish the scholarly context, define the research problem, identify the gap, justify the study, and support important claims with relevant and credible literature Replace this sample text with the manuscript introduction. Establish the scholarly [</w:t>
      </w:r>
      <w:hyperlink w:anchor="Ref_3" w:history="1">
        <w:r w:rsidR="00946D2F" w:rsidRPr="006B437F">
          <w:rPr>
            <w:color w:val="0563C1"/>
            <w:sz w:val="19"/>
            <w:szCs w:val="19"/>
          </w:rPr>
          <w:t>3</w:t>
        </w:r>
      </w:hyperlink>
      <w:r w:rsidRPr="006B437F">
        <w:rPr>
          <w:color w:val="121214"/>
          <w:sz w:val="19"/>
          <w:szCs w:val="19"/>
        </w:rPr>
        <w:t>]. Replace this sample text with the manuscript introduction. Establish the scholarly context, define the research problem, identify the gap, justify the study, and support important claims with relevant and credible literature Replace this sample text with [</w:t>
      </w:r>
      <w:hyperlink w:anchor="Ref_4" w:history="1">
        <w:r w:rsidR="00946D2F" w:rsidRPr="006B437F">
          <w:rPr>
            <w:color w:val="0563C1"/>
            <w:sz w:val="19"/>
            <w:szCs w:val="19"/>
          </w:rPr>
          <w:t>4</w:t>
        </w:r>
      </w:hyperlink>
      <w:r w:rsidRPr="006B437F">
        <w:rPr>
          <w:color w:val="121214"/>
          <w:sz w:val="19"/>
          <w:szCs w:val="19"/>
        </w:rPr>
        <w:t>]. Replace this sample text with the manuscript introduction. Establish the scholarly context, define the research problem, identify the gap, justify the study, and support important claims with [</w:t>
      </w:r>
      <w:hyperlink w:anchor="Ref_5" w:history="1">
        <w:r w:rsidR="00946D2F" w:rsidRPr="006B437F">
          <w:rPr>
            <w:color w:val="0563C1"/>
            <w:sz w:val="19"/>
            <w:szCs w:val="19"/>
          </w:rPr>
          <w:t>5</w:t>
        </w:r>
      </w:hyperlink>
      <w:r w:rsidRPr="006B437F">
        <w:rPr>
          <w:color w:val="121214"/>
          <w:sz w:val="19"/>
          <w:szCs w:val="19"/>
        </w:rPr>
        <w:t>]. Replace this sample text with the manuscript introduction. Establish the scholarly context, define the research problem, identify the gap, justify the study, and support important claims with [</w:t>
      </w:r>
      <w:hyperlink w:anchor="Ref_6" w:history="1">
        <w:r w:rsidR="00946D2F" w:rsidRPr="006B437F">
          <w:rPr>
            <w:color w:val="0563C1"/>
            <w:sz w:val="19"/>
            <w:szCs w:val="19"/>
          </w:rPr>
          <w:t>6</w:t>
        </w:r>
      </w:hyperlink>
      <w:r w:rsidRPr="006B437F">
        <w:rPr>
          <w:color w:val="121214"/>
          <w:sz w:val="19"/>
          <w:szCs w:val="19"/>
        </w:rPr>
        <w:t>].</w:t>
      </w:r>
    </w:p>
    <w:p w14:paraId="77519DBD"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the manuscript introduction. Establish the scholarly context, define the research problem, identify the gap, justify the study, and support important claims with relevant and credible literature Replace this sample text with the manuscript introduction. Establish the scholarly context, define the research [</w:t>
      </w:r>
      <w:hyperlink w:anchor="Ref_7" w:history="1">
        <w:r w:rsidR="00946D2F" w:rsidRPr="006B437F">
          <w:rPr>
            <w:color w:val="0563C1"/>
            <w:sz w:val="19"/>
            <w:szCs w:val="19"/>
          </w:rPr>
          <w:t>7</w:t>
        </w:r>
      </w:hyperlink>
      <w:r w:rsidRPr="006B437F">
        <w:rPr>
          <w:color w:val="121214"/>
          <w:sz w:val="19"/>
          <w:szCs w:val="19"/>
        </w:rPr>
        <w:t>]. Replace this sample text with the manuscript introduction. Establish the scholarly context, define the [</w:t>
      </w:r>
      <w:hyperlink w:anchor="Ref_8" w:history="1">
        <w:r w:rsidR="00946D2F" w:rsidRPr="006B437F">
          <w:rPr>
            <w:color w:val="0563C1"/>
            <w:sz w:val="19"/>
            <w:szCs w:val="19"/>
          </w:rPr>
          <w:t>8</w:t>
        </w:r>
      </w:hyperlink>
      <w:r w:rsidRPr="006B437F">
        <w:rPr>
          <w:color w:val="121214"/>
          <w:sz w:val="19"/>
          <w:szCs w:val="19"/>
        </w:rPr>
        <w:t>]. Replace this sample text with the manuscript introduction. Establish the scholarly context, define the research problem, identify the [</w:t>
      </w:r>
      <w:hyperlink w:anchor="Ref_9" w:history="1">
        <w:r w:rsidR="00946D2F" w:rsidRPr="006B437F">
          <w:rPr>
            <w:color w:val="0563C1"/>
            <w:sz w:val="19"/>
            <w:szCs w:val="19"/>
          </w:rPr>
          <w:t>9</w:t>
        </w:r>
      </w:hyperlink>
      <w:r w:rsidRPr="006B437F">
        <w:rPr>
          <w:color w:val="121214"/>
          <w:sz w:val="19"/>
          <w:szCs w:val="19"/>
        </w:rPr>
        <w:t>] Replace this sample text with the manuscript introduction. Establish the scholarly context, define the research [</w:t>
      </w:r>
      <w:hyperlink w:anchor="Ref_10" w:history="1">
        <w:r w:rsidR="00946D2F" w:rsidRPr="006B437F">
          <w:rPr>
            <w:color w:val="0563C1"/>
            <w:sz w:val="19"/>
            <w:szCs w:val="19"/>
          </w:rPr>
          <w:t>10</w:t>
        </w:r>
      </w:hyperlink>
      <w:r w:rsidRPr="006B437F">
        <w:rPr>
          <w:color w:val="121214"/>
          <w:sz w:val="19"/>
          <w:szCs w:val="19"/>
        </w:rPr>
        <w:t>]. Replace this sample text with the manuscript introduction. Establish the scholarly context, define the research problem, identify the gap, justify the study, and support important claims with relevant and [</w:t>
      </w:r>
      <w:hyperlink w:anchor="Ref_11" w:history="1">
        <w:r w:rsidR="00946D2F" w:rsidRPr="006B437F">
          <w:rPr>
            <w:color w:val="0563C1"/>
            <w:sz w:val="19"/>
            <w:szCs w:val="19"/>
          </w:rPr>
          <w:t>11</w:t>
        </w:r>
      </w:hyperlink>
      <w:r w:rsidRPr="006B437F">
        <w:rPr>
          <w:color w:val="121214"/>
          <w:sz w:val="19"/>
          <w:szCs w:val="19"/>
        </w:rPr>
        <w:t>].</w:t>
      </w:r>
    </w:p>
    <w:p w14:paraId="111D5A41"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the manuscript introduction. Establish the scholarly context, define the research problem, identify the gap, justify the study, and support [</w:t>
      </w:r>
      <w:hyperlink w:anchor="Ref_12" w:history="1">
        <w:r w:rsidR="00946D2F" w:rsidRPr="006B437F">
          <w:rPr>
            <w:color w:val="0563C1"/>
            <w:sz w:val="19"/>
            <w:szCs w:val="19"/>
          </w:rPr>
          <w:t>12</w:t>
        </w:r>
      </w:hyperlink>
      <w:r w:rsidRPr="006B437F">
        <w:rPr>
          <w:color w:val="121214"/>
          <w:sz w:val="19"/>
          <w:szCs w:val="19"/>
        </w:rPr>
        <w:t>]. Replace this sample text with the manuscript introduction. Establish the scholarly context, define the research problem, identify the gap, justify the study, and support important claims with [</w:t>
      </w:r>
      <w:hyperlink w:anchor="Ref_13" w:history="1">
        <w:r w:rsidR="00946D2F" w:rsidRPr="006B437F">
          <w:rPr>
            <w:color w:val="0563C1"/>
            <w:sz w:val="19"/>
            <w:szCs w:val="19"/>
          </w:rPr>
          <w:t>13</w:t>
        </w:r>
      </w:hyperlink>
      <w:r w:rsidRPr="006B437F">
        <w:rPr>
          <w:color w:val="121214"/>
          <w:sz w:val="19"/>
          <w:szCs w:val="19"/>
        </w:rPr>
        <w:t>]. Replace this sample text with the manuscript introduction. Establish the scholarly context, define the research problem, identify the gap, justify the study, and support important claims with relevant and credible literature Replace this sample text with the manuscript introduction. Establish the scholarly context, define the research problem, identify the gap, justify the study, and support important claims with relevant and credible literature Replace this sample text with the manuscript introduction. Establish the.</w:t>
      </w:r>
    </w:p>
    <w:p w14:paraId="2E1C31C7" w14:textId="77777777" w:rsidR="00946D2F" w:rsidRPr="006B437F" w:rsidRDefault="00000000" w:rsidP="00D34EA3">
      <w:pPr>
        <w:keepNext/>
        <w:spacing w:before="80" w:after="60" w:line="240" w:lineRule="auto"/>
      </w:pPr>
      <w:r w:rsidRPr="006B437F">
        <w:rPr>
          <w:b/>
          <w:color w:val="002060"/>
          <w:sz w:val="21"/>
        </w:rPr>
        <w:t>1.1. Research problem and gap</w:t>
      </w:r>
    </w:p>
    <w:p w14:paraId="0AAE61AF"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a precise statement of the unresolved research problem and explain why existing literature or evidence has not adequately addressed it Replace this sample text with a precise statement of the unresolved research problem and explain why existing literature or evidence has not adequately addressed it Replace this sample text with a precise statement of the unresolved research problem and explain why existing literature or evidence has not adequately addressed it Replace this sample text with a precise statement of the unresolved research problem and explain why existing literature or evidence has not adequately addressed it Replace this sample text with a precise statement of the unresolved research problem and explain why existing literature or evidence has not adequately addressed it Replace this sample text with a precise.</w:t>
      </w:r>
    </w:p>
    <w:p w14:paraId="5EE62780"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the manuscript contribution, novelty, analytical strategy, or conceptual response to the identified research gap Replace this sample text with the manuscript contribution, novelty, analytical strategy, or conceptual response to the identified research gap Replace this sample text with the manuscript contribution, novelty, analytical strategy, or conceptual response to the identified research gap Replace this sample text with the manuscript contribution, novelty, analytical strategy, or conceptual response to the identified research gap Replace this sample text with the manuscript contribution, novelty, analytical strategy, or.</w:t>
      </w:r>
    </w:p>
    <w:p w14:paraId="3E864ACB" w14:textId="77777777" w:rsidR="00946D2F" w:rsidRPr="006B437F" w:rsidRDefault="00000000" w:rsidP="00D34EA3">
      <w:pPr>
        <w:keepNext/>
        <w:spacing w:before="80" w:after="60" w:line="240" w:lineRule="auto"/>
      </w:pPr>
      <w:r w:rsidRPr="006B437F">
        <w:rPr>
          <w:b/>
          <w:color w:val="002060"/>
          <w:sz w:val="21"/>
        </w:rPr>
        <w:t>1.2. Research objectives and questions</w:t>
      </w:r>
    </w:p>
    <w:p w14:paraId="40F019CC" w14:textId="77777777" w:rsidR="00946D2F" w:rsidRPr="006B437F" w:rsidRDefault="00000000" w:rsidP="00D34EA3">
      <w:pPr>
        <w:spacing w:after="80" w:line="240" w:lineRule="auto"/>
        <w:jc w:val="both"/>
        <w:rPr>
          <w:sz w:val="19"/>
          <w:szCs w:val="19"/>
        </w:rPr>
      </w:pPr>
      <w:r w:rsidRPr="006B437F">
        <w:t xml:space="preserve">Replace this sample text with the study aim and the research questions or hypotheses. Ensure that each objective is answerable by the methods and is addressed explicitly in the </w:t>
      </w:r>
      <w:proofErr w:type="spellStart"/>
      <w:r w:rsidRPr="006B437F">
        <w:t>resultsReplace</w:t>
      </w:r>
      <w:proofErr w:type="spellEnd"/>
      <w:r w:rsidRPr="006B437F">
        <w:t xml:space="preserve"> this </w:t>
      </w:r>
      <w:r w:rsidRPr="006B437F">
        <w:lastRenderedPageBreak/>
        <w:t>sample text with the study aim and the research questions or hypotheses. Ensure that each objective is answerable by the methods and is addressed explicitly in the results and discussion Replace this sample text with the study aim and the research questions or hypotheses. Ensure that each objective is answerable by the methods and is addressed explicitly in</w:t>
      </w:r>
    </w:p>
    <w:p w14:paraId="561A8EF5" w14:textId="77777777" w:rsidR="00946D2F" w:rsidRPr="006B437F" w:rsidRDefault="00000000" w:rsidP="00D34EA3">
      <w:pPr>
        <w:keepNext/>
        <w:spacing w:before="120" w:after="60" w:line="240" w:lineRule="auto"/>
      </w:pPr>
      <w:r w:rsidRPr="006B437F">
        <w:rPr>
          <w:b/>
          <w:color w:val="002060"/>
          <w:sz w:val="23"/>
        </w:rPr>
        <w:t>2. Literature review</w:t>
      </w:r>
    </w:p>
    <w:p w14:paraId="53EB43C4" w14:textId="77777777" w:rsidR="00946D2F" w:rsidRPr="006B437F" w:rsidRDefault="00000000" w:rsidP="00D34EA3">
      <w:pPr>
        <w:keepNext/>
        <w:spacing w:before="80" w:after="60" w:line="240" w:lineRule="auto"/>
      </w:pPr>
      <w:r w:rsidRPr="006B437F">
        <w:rPr>
          <w:b/>
          <w:color w:val="002060"/>
          <w:sz w:val="21"/>
        </w:rPr>
        <w:t>2.1. [First literature-review theme]</w:t>
      </w:r>
    </w:p>
    <w:p w14:paraId="03938C3A"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w:t>
      </w:r>
      <w:hyperlink w:anchor="Ref_14" w:history="1">
        <w:r w:rsidR="00946D2F" w:rsidRPr="006B437F">
          <w:rPr>
            <w:color w:val="0563C1"/>
            <w:sz w:val="19"/>
            <w:szCs w:val="19"/>
          </w:rPr>
          <w:t>14</w:t>
        </w:r>
      </w:hyperlink>
      <w:r w:rsidRPr="006B437F">
        <w:rPr>
          <w:color w:val="121214"/>
          <w:sz w:val="19"/>
          <w:szCs w:val="19"/>
        </w:rPr>
        <w:t>] Replace this sample text with a critical literature synthesis. Organize studies by concepts, mechanisms, debates, or themes; [</w:t>
      </w:r>
      <w:hyperlink w:anchor="Ref_15" w:history="1">
        <w:r w:rsidR="00946D2F" w:rsidRPr="006B437F">
          <w:rPr>
            <w:color w:val="0563C1"/>
            <w:sz w:val="19"/>
            <w:szCs w:val="19"/>
          </w:rPr>
          <w:t>15</w:t>
        </w:r>
      </w:hyperlink>
      <w:r w:rsidRPr="006B437F">
        <w:rPr>
          <w:color w:val="121214"/>
          <w:sz w:val="19"/>
          <w:szCs w:val="19"/>
        </w:rPr>
        <w:t>]. Replace this sample text with a critical literature synthesis. Organize studies by concepts, mechanisms, debates, or [</w:t>
      </w:r>
      <w:hyperlink w:anchor="Ref_16" w:history="1">
        <w:r w:rsidR="00946D2F" w:rsidRPr="006B437F">
          <w:rPr>
            <w:color w:val="0563C1"/>
            <w:sz w:val="19"/>
            <w:szCs w:val="19"/>
          </w:rPr>
          <w:t>16</w:t>
        </w:r>
      </w:hyperlink>
      <w:r w:rsidRPr="006B437F">
        <w:rPr>
          <w:color w:val="121214"/>
          <w:sz w:val="19"/>
          <w:szCs w:val="19"/>
        </w:rPr>
        <w:t>] Replace this sample text with a critical literature synthesis. Organize studies by concepts, [</w:t>
      </w:r>
      <w:hyperlink w:anchor="Ref_17" w:history="1">
        <w:r w:rsidR="00946D2F" w:rsidRPr="006B437F">
          <w:rPr>
            <w:color w:val="0563C1"/>
            <w:sz w:val="19"/>
            <w:szCs w:val="19"/>
          </w:rPr>
          <w:t>17</w:t>
        </w:r>
      </w:hyperlink>
      <w:r w:rsidRPr="006B437F">
        <w:rPr>
          <w:color w:val="121214"/>
          <w:sz w:val="19"/>
          <w:szCs w:val="19"/>
        </w:rPr>
        <w:t>]. Replace this sample text with a critical literature synthesis. Organize studies by concepts, mechanisms, debates, or themes; compare evidence across [</w:t>
      </w:r>
      <w:hyperlink w:anchor="Ref_18" w:history="1">
        <w:r w:rsidR="00946D2F" w:rsidRPr="006B437F">
          <w:rPr>
            <w:color w:val="0563C1"/>
            <w:sz w:val="19"/>
            <w:szCs w:val="19"/>
          </w:rPr>
          <w:t>18</w:t>
        </w:r>
      </w:hyperlink>
      <w:r w:rsidRPr="006B437F">
        <w:rPr>
          <w:color w:val="121214"/>
          <w:sz w:val="19"/>
          <w:szCs w:val="19"/>
        </w:rPr>
        <w:t>].</w:t>
      </w:r>
    </w:p>
    <w:p w14:paraId="4E772E43"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reviewed literature [</w:t>
      </w:r>
      <w:hyperlink w:anchor="Ref_19" w:history="1">
        <w:r w:rsidR="00946D2F" w:rsidRPr="006B437F">
          <w:rPr>
            <w:color w:val="0563C1"/>
            <w:sz w:val="19"/>
            <w:szCs w:val="19"/>
          </w:rPr>
          <w:t>19</w:t>
        </w:r>
      </w:hyperlink>
      <w:r w:rsidRPr="006B437F">
        <w:rPr>
          <w:color w:val="121214"/>
          <w:sz w:val="19"/>
          <w:szCs w:val="19"/>
        </w:rPr>
        <w:t>]. Replace this sample text with a critical literature synthesis. Organize [</w:t>
      </w:r>
      <w:hyperlink w:anchor="Ref_20" w:history="1">
        <w:r w:rsidR="00946D2F" w:rsidRPr="006B437F">
          <w:rPr>
            <w:color w:val="0563C1"/>
            <w:sz w:val="19"/>
            <w:szCs w:val="19"/>
          </w:rPr>
          <w:t>20</w:t>
        </w:r>
      </w:hyperlink>
      <w:r w:rsidRPr="006B437F">
        <w:rPr>
          <w:color w:val="121214"/>
          <w:sz w:val="19"/>
          <w:szCs w:val="19"/>
        </w:rPr>
        <w:t>] Replace this sample text with a critical literature [</w:t>
      </w:r>
      <w:hyperlink w:anchor="Ref_21" w:history="1">
        <w:r w:rsidR="00946D2F" w:rsidRPr="006B437F">
          <w:rPr>
            <w:color w:val="0563C1"/>
            <w:sz w:val="19"/>
            <w:szCs w:val="19"/>
          </w:rPr>
          <w:t>21</w:t>
        </w:r>
      </w:hyperlink>
      <w:r w:rsidRPr="006B437F">
        <w:rPr>
          <w:color w:val="121214"/>
          <w:sz w:val="19"/>
          <w:szCs w:val="19"/>
        </w:rPr>
        <w:t>]. Replace this sample text with a critical literature synthesis. Organize [</w:t>
      </w:r>
      <w:hyperlink w:anchor="Ref_22" w:history="1">
        <w:r w:rsidR="00946D2F" w:rsidRPr="006B437F">
          <w:rPr>
            <w:color w:val="0563C1"/>
            <w:sz w:val="19"/>
            <w:szCs w:val="19"/>
          </w:rPr>
          <w:t>22</w:t>
        </w:r>
      </w:hyperlink>
      <w:r w:rsidRPr="006B437F">
        <w:rPr>
          <w:color w:val="121214"/>
          <w:sz w:val="19"/>
          <w:szCs w:val="19"/>
        </w:rPr>
        <w:t>] Replace this sample text with a critical literature synthesis. Organize studies by concepts, mechanisms, debates, or [</w:t>
      </w:r>
      <w:hyperlink w:anchor="Ref_23" w:history="1">
        <w:r w:rsidR="00946D2F" w:rsidRPr="006B437F">
          <w:rPr>
            <w:color w:val="0563C1"/>
            <w:sz w:val="19"/>
            <w:szCs w:val="19"/>
          </w:rPr>
          <w:t>23</w:t>
        </w:r>
      </w:hyperlink>
      <w:r w:rsidRPr="006B437F">
        <w:rPr>
          <w:color w:val="121214"/>
          <w:sz w:val="19"/>
          <w:szCs w:val="19"/>
        </w:rPr>
        <w:t>]. Replace this sample text with a critical literature synthesis. Organize studies by concepts, mechanisms, debates, or themes; compare evidence across.</w:t>
      </w:r>
    </w:p>
    <w:p w14:paraId="4D36AC16"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w:t>
      </w:r>
      <w:hyperlink w:anchor="Ref_24" w:history="1">
        <w:r w:rsidR="00946D2F" w:rsidRPr="006B437F">
          <w:rPr>
            <w:color w:val="0563C1"/>
            <w:sz w:val="19"/>
            <w:szCs w:val="19"/>
          </w:rPr>
          <w:t>24</w:t>
        </w:r>
      </w:hyperlink>
      <w:r w:rsidRPr="006B437F">
        <w:rPr>
          <w:color w:val="121214"/>
          <w:sz w:val="19"/>
          <w:szCs w:val="19"/>
        </w:rPr>
        <w:t>]. Replace this sample text with a critical literature synthesis. Organize studies by concepts, mechanisms, debates, or [</w:t>
      </w:r>
      <w:hyperlink w:anchor="Ref_25" w:history="1">
        <w:r w:rsidR="00946D2F" w:rsidRPr="006B437F">
          <w:rPr>
            <w:color w:val="0563C1"/>
            <w:sz w:val="19"/>
            <w:szCs w:val="19"/>
          </w:rPr>
          <w:t>25</w:t>
        </w:r>
      </w:hyperlink>
      <w:r w:rsidRPr="006B437F">
        <w:rPr>
          <w:color w:val="121214"/>
          <w:sz w:val="19"/>
          <w:szCs w:val="19"/>
        </w:rPr>
        <w:t>]. Replace this sample text with a critical literature synthesis. Organize studies by [</w:t>
      </w:r>
      <w:hyperlink w:anchor="Ref_26" w:history="1">
        <w:r w:rsidR="00946D2F" w:rsidRPr="006B437F">
          <w:rPr>
            <w:color w:val="0563C1"/>
            <w:sz w:val="19"/>
            <w:szCs w:val="19"/>
          </w:rPr>
          <w:t>26</w:t>
        </w:r>
      </w:hyperlink>
      <w:r w:rsidRPr="006B437F">
        <w:rPr>
          <w:color w:val="121214"/>
          <w:sz w:val="19"/>
          <w:szCs w:val="19"/>
        </w:rPr>
        <w:t>] Replace this sample text with a critical literature synthesis. Organize studies by concepts, mechanisms, debates, or themes; compare evidence across sources; and [</w:t>
      </w:r>
      <w:hyperlink w:anchor="Ref_27" w:history="1">
        <w:r w:rsidR="00946D2F" w:rsidRPr="006B437F">
          <w:rPr>
            <w:color w:val="0563C1"/>
            <w:sz w:val="19"/>
            <w:szCs w:val="19"/>
          </w:rPr>
          <w:t>27</w:t>
        </w:r>
      </w:hyperlink>
      <w:r w:rsidRPr="006B437F">
        <w:rPr>
          <w:color w:val="121214"/>
          <w:sz w:val="19"/>
          <w:szCs w:val="19"/>
        </w:rPr>
        <w:t>]. Replace this sample text with a critical literature synthesis. Organize studies by concepts, mechanisms, debates, or themes; compare evidence across sources; and show how the reviewed literature supports the theoretical framework and research.</w:t>
      </w:r>
    </w:p>
    <w:p w14:paraId="4574A979" w14:textId="77777777" w:rsidR="00946D2F" w:rsidRPr="006B437F" w:rsidRDefault="00000000" w:rsidP="00D34EA3">
      <w:pPr>
        <w:keepNext/>
        <w:spacing w:before="80" w:after="60" w:line="240" w:lineRule="auto"/>
      </w:pPr>
      <w:r w:rsidRPr="006B437F">
        <w:rPr>
          <w:b/>
          <w:color w:val="002060"/>
          <w:sz w:val="21"/>
        </w:rPr>
        <w:t>2.2. [Second literature-review theme]</w:t>
      </w:r>
    </w:p>
    <w:p w14:paraId="27966CDC"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reviewed [</w:t>
      </w:r>
      <w:hyperlink w:anchor="Ref_28" w:history="1">
        <w:r w:rsidR="00946D2F" w:rsidRPr="006B437F">
          <w:rPr>
            <w:color w:val="0563C1"/>
            <w:sz w:val="19"/>
            <w:szCs w:val="19"/>
          </w:rPr>
          <w:t>28</w:t>
        </w:r>
      </w:hyperlink>
      <w:r w:rsidRPr="006B437F">
        <w:rPr>
          <w:color w:val="121214"/>
          <w:sz w:val="19"/>
          <w:szCs w:val="19"/>
        </w:rPr>
        <w:t>]. Replace this sample text with a critical literature synthesis. Organize studies by concepts, mechanisms, debates, or themes; compare evidence [</w:t>
      </w:r>
      <w:hyperlink w:anchor="Ref_29" w:history="1">
        <w:r w:rsidR="00946D2F" w:rsidRPr="006B437F">
          <w:rPr>
            <w:color w:val="0563C1"/>
            <w:sz w:val="19"/>
            <w:szCs w:val="19"/>
          </w:rPr>
          <w:t>29</w:t>
        </w:r>
      </w:hyperlink>
      <w:r w:rsidRPr="006B437F">
        <w:rPr>
          <w:color w:val="121214"/>
          <w:sz w:val="19"/>
          <w:szCs w:val="19"/>
        </w:rPr>
        <w:t>]. Replace this sample text with a critical literature synthesis. Organize studies by concepts, [</w:t>
      </w:r>
      <w:hyperlink w:anchor="Ref_30" w:history="1">
        <w:r w:rsidR="00946D2F" w:rsidRPr="006B437F">
          <w:rPr>
            <w:color w:val="0563C1"/>
            <w:sz w:val="19"/>
            <w:szCs w:val="19"/>
          </w:rPr>
          <w:t>30</w:t>
        </w:r>
      </w:hyperlink>
      <w:r w:rsidRPr="006B437F">
        <w:rPr>
          <w:color w:val="121214"/>
          <w:sz w:val="19"/>
          <w:szCs w:val="19"/>
        </w:rPr>
        <w:t>] Replace this sample text with a critical literature synthesis. Organize studies by concepts, mechanisms, debates, or themes; [</w:t>
      </w:r>
      <w:hyperlink w:anchor="Ref_31" w:history="1">
        <w:r w:rsidR="00946D2F" w:rsidRPr="006B437F">
          <w:rPr>
            <w:color w:val="0563C1"/>
            <w:sz w:val="19"/>
            <w:szCs w:val="19"/>
          </w:rPr>
          <w:t>31</w:t>
        </w:r>
      </w:hyperlink>
      <w:r w:rsidRPr="006B437F">
        <w:rPr>
          <w:color w:val="121214"/>
          <w:sz w:val="19"/>
          <w:szCs w:val="19"/>
        </w:rPr>
        <w:t xml:space="preserve">] Replace this </w:t>
      </w:r>
      <w:proofErr w:type="spellStart"/>
      <w:r w:rsidRPr="006B437F">
        <w:rPr>
          <w:color w:val="121214"/>
          <w:sz w:val="19"/>
          <w:szCs w:val="19"/>
        </w:rPr>
        <w:t>sam</w:t>
      </w:r>
      <w:proofErr w:type="spellEnd"/>
      <w:r w:rsidRPr="006B437F">
        <w:rPr>
          <w:color w:val="121214"/>
          <w:sz w:val="19"/>
          <w:szCs w:val="19"/>
        </w:rPr>
        <w:t xml:space="preserve"> [</w:t>
      </w:r>
      <w:hyperlink w:anchor="Ref_32" w:history="1">
        <w:r w:rsidR="00946D2F" w:rsidRPr="006B437F">
          <w:rPr>
            <w:color w:val="0563C1"/>
            <w:sz w:val="19"/>
            <w:szCs w:val="19"/>
          </w:rPr>
          <w:t>32</w:t>
        </w:r>
      </w:hyperlink>
      <w:r w:rsidRPr="006B437F">
        <w:rPr>
          <w:color w:val="121214"/>
          <w:sz w:val="19"/>
          <w:szCs w:val="19"/>
        </w:rPr>
        <w:t>].</w:t>
      </w:r>
    </w:p>
    <w:p w14:paraId="50DB0EF6"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reviewed literature supports the theoretical framework and [</w:t>
      </w:r>
      <w:hyperlink w:anchor="Ref_33" w:history="1">
        <w:r w:rsidR="00946D2F" w:rsidRPr="006B437F">
          <w:rPr>
            <w:color w:val="0563C1"/>
            <w:sz w:val="19"/>
            <w:szCs w:val="19"/>
          </w:rPr>
          <w:t>33</w:t>
        </w:r>
      </w:hyperlink>
      <w:r w:rsidRPr="006B437F">
        <w:rPr>
          <w:color w:val="121214"/>
          <w:sz w:val="19"/>
          <w:szCs w:val="19"/>
        </w:rPr>
        <w:t xml:space="preserve">] Replace this </w:t>
      </w:r>
      <w:proofErr w:type="spellStart"/>
      <w:r w:rsidRPr="006B437F">
        <w:rPr>
          <w:color w:val="121214"/>
          <w:sz w:val="19"/>
          <w:szCs w:val="19"/>
        </w:rPr>
        <w:t>sam</w:t>
      </w:r>
      <w:proofErr w:type="spellEnd"/>
      <w:r w:rsidRPr="006B437F">
        <w:rPr>
          <w:color w:val="121214"/>
          <w:sz w:val="19"/>
          <w:szCs w:val="19"/>
        </w:rPr>
        <w:t xml:space="preserve"> [</w:t>
      </w:r>
      <w:hyperlink w:anchor="Ref_34" w:history="1">
        <w:r w:rsidR="00946D2F" w:rsidRPr="006B437F">
          <w:rPr>
            <w:color w:val="0563C1"/>
            <w:sz w:val="19"/>
            <w:szCs w:val="19"/>
          </w:rPr>
          <w:t>34</w:t>
        </w:r>
      </w:hyperlink>
      <w:r w:rsidRPr="006B437F">
        <w:rPr>
          <w:color w:val="121214"/>
          <w:sz w:val="19"/>
          <w:szCs w:val="19"/>
        </w:rPr>
        <w:t>]. Replace this sample text with a critical literature synthesis. Organize studies by [</w:t>
      </w:r>
      <w:hyperlink w:anchor="Ref_35" w:history="1">
        <w:r w:rsidR="00946D2F" w:rsidRPr="006B437F">
          <w:rPr>
            <w:color w:val="0563C1"/>
            <w:sz w:val="19"/>
            <w:szCs w:val="19"/>
          </w:rPr>
          <w:t>35</w:t>
        </w:r>
      </w:hyperlink>
      <w:r w:rsidRPr="006B437F">
        <w:rPr>
          <w:color w:val="121214"/>
          <w:sz w:val="19"/>
          <w:szCs w:val="19"/>
        </w:rPr>
        <w:t>] Replace this sample text with a critical literature synthesis. Organize studies by concepts, [</w:t>
      </w:r>
      <w:hyperlink w:anchor="Ref_36" w:history="1">
        <w:r w:rsidR="00946D2F" w:rsidRPr="006B437F">
          <w:rPr>
            <w:color w:val="0563C1"/>
            <w:sz w:val="19"/>
            <w:szCs w:val="19"/>
          </w:rPr>
          <w:t>36</w:t>
        </w:r>
      </w:hyperlink>
      <w:r w:rsidRPr="006B437F">
        <w:rPr>
          <w:color w:val="121214"/>
          <w:sz w:val="19"/>
          <w:szCs w:val="19"/>
        </w:rPr>
        <w:t>]. Replace this sample text with a critical literature synthesis. Organize studies by concepts, [</w:t>
      </w:r>
      <w:hyperlink w:anchor="Ref_37" w:history="1">
        <w:r w:rsidR="00946D2F" w:rsidRPr="006B437F">
          <w:rPr>
            <w:color w:val="0563C1"/>
            <w:sz w:val="19"/>
            <w:szCs w:val="19"/>
          </w:rPr>
          <w:t>37</w:t>
        </w:r>
      </w:hyperlink>
      <w:r w:rsidRPr="006B437F">
        <w:rPr>
          <w:color w:val="121214"/>
          <w:sz w:val="19"/>
          <w:szCs w:val="19"/>
        </w:rPr>
        <w:t>] Replace this sample text with a critical literature synthesis. Organize studies by concepts, mechanisms, debates, or [</w:t>
      </w:r>
      <w:hyperlink w:anchor="Ref_38" w:history="1">
        <w:r w:rsidR="00946D2F" w:rsidRPr="006B437F">
          <w:rPr>
            <w:color w:val="0563C1"/>
            <w:sz w:val="19"/>
            <w:szCs w:val="19"/>
          </w:rPr>
          <w:t>38</w:t>
        </w:r>
      </w:hyperlink>
      <w:r w:rsidRPr="006B437F">
        <w:rPr>
          <w:color w:val="121214"/>
          <w:sz w:val="19"/>
          <w:szCs w:val="19"/>
        </w:rPr>
        <w:t>].</w:t>
      </w:r>
    </w:p>
    <w:p w14:paraId="7ED9C170"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a critical literature synthesis. Organize studies by concepts, mechanisms, debates, or themes; compare evidence across sources; and show how the reviewed literature supports the theoretical framework and [</w:t>
      </w:r>
      <w:hyperlink w:anchor="Ref_39" w:history="1">
        <w:r w:rsidR="00946D2F" w:rsidRPr="006B437F">
          <w:rPr>
            <w:color w:val="0563C1"/>
            <w:sz w:val="19"/>
            <w:szCs w:val="19"/>
          </w:rPr>
          <w:t>39</w:t>
        </w:r>
      </w:hyperlink>
      <w:r w:rsidRPr="006B437F">
        <w:rPr>
          <w:color w:val="121214"/>
          <w:sz w:val="19"/>
          <w:szCs w:val="19"/>
        </w:rPr>
        <w:t>]. Replace this sample text with a critical literature synthesis. Organize studies by concepts, mechanisms, [</w:t>
      </w:r>
      <w:hyperlink w:anchor="Ref_40" w:history="1">
        <w:r w:rsidR="00946D2F" w:rsidRPr="006B437F">
          <w:rPr>
            <w:color w:val="0563C1"/>
            <w:sz w:val="19"/>
            <w:szCs w:val="19"/>
          </w:rPr>
          <w:t>40</w:t>
        </w:r>
      </w:hyperlink>
      <w:r w:rsidRPr="006B437F">
        <w:rPr>
          <w:color w:val="121214"/>
          <w:sz w:val="19"/>
          <w:szCs w:val="19"/>
        </w:rPr>
        <w:t>]; Replace this sample text with a critical literature synthesis. Organize studies by concepts, mechanisms, debates, or themes; compare evidence across sources; and show how the reviewed literature supports the theoretical framework and research gap Replace this sample text with a critical literature synthesis. Organize [</w:t>
      </w:r>
      <w:hyperlink w:anchor="Ref_41" w:history="1">
        <w:r w:rsidR="00946D2F" w:rsidRPr="006B437F">
          <w:rPr>
            <w:color w:val="0563C1"/>
            <w:sz w:val="19"/>
            <w:szCs w:val="19"/>
          </w:rPr>
          <w:t>41</w:t>
        </w:r>
      </w:hyperlink>
      <w:r w:rsidRPr="006B437F">
        <w:rPr>
          <w:color w:val="121214"/>
          <w:sz w:val="19"/>
          <w:szCs w:val="19"/>
        </w:rPr>
        <w:t xml:space="preserve">]. </w:t>
      </w:r>
      <w:r w:rsidRPr="006B437F">
        <w:t xml:space="preserve">Figure </w:t>
      </w:r>
      <w:hyperlink w:anchor="Figure_1" w:history="1">
        <w:r w:rsidR="00946D2F" w:rsidRPr="006B437F">
          <w:rPr>
            <w:color w:val="0563C1"/>
          </w:rPr>
          <w:t>1</w:t>
        </w:r>
      </w:hyperlink>
      <w:r w:rsidRPr="006B437F">
        <w:t xml:space="preserve"> provides the visual model or conceptual framework used in the article.</w:t>
      </w:r>
    </w:p>
    <w:p w14:paraId="02DEF03C" w14:textId="77777777" w:rsidR="00946D2F" w:rsidRPr="006B437F" w:rsidRDefault="00000000" w:rsidP="00D34EA3">
      <w:pPr>
        <w:keepNext/>
        <w:spacing w:after="40" w:line="240" w:lineRule="auto"/>
        <w:jc w:val="center"/>
      </w:pPr>
      <w:r w:rsidRPr="006B437F">
        <w:rPr>
          <w:noProof/>
        </w:rPr>
        <w:lastRenderedPageBreak/>
        <w:drawing>
          <wp:inline distT="0" distB="0" distL="0" distR="0" wp14:anchorId="47FB1D9C" wp14:editId="07ABD3D9">
            <wp:extent cx="6049575" cy="2670838"/>
            <wp:effectExtent l="0" t="0" r="8890" b="0"/>
            <wp:docPr id="1639252480" name="Picture 163925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life_course_framework.png"/>
                    <pic:cNvPicPr/>
                  </pic:nvPicPr>
                  <pic:blipFill>
                    <a:blip r:embed="rId15"/>
                    <a:stretch>
                      <a:fillRect/>
                    </a:stretch>
                  </pic:blipFill>
                  <pic:spPr>
                    <a:xfrm>
                      <a:off x="0" y="0"/>
                      <a:ext cx="6071032" cy="2680311"/>
                    </a:xfrm>
                    <a:prstGeom prst="rect">
                      <a:avLst/>
                    </a:prstGeom>
                  </pic:spPr>
                </pic:pic>
              </a:graphicData>
            </a:graphic>
          </wp:inline>
        </w:drawing>
      </w:r>
    </w:p>
    <w:p w14:paraId="3DB2DBBA" w14:textId="77777777" w:rsidR="00946D2F" w:rsidRPr="006B437F" w:rsidRDefault="00000000" w:rsidP="00D34EA3">
      <w:pPr>
        <w:keepNext/>
        <w:spacing w:after="80" w:line="240" w:lineRule="auto"/>
      </w:pPr>
      <w:r w:rsidRPr="00B71560">
        <w:rPr>
          <w:b/>
          <w:color w:val="002060"/>
          <w:sz w:val="18"/>
        </w:rPr>
        <w:t xml:space="preserve">Figure </w:t>
      </w:r>
      <w:bookmarkStart w:id="0" w:name="Figure_1"/>
      <w:r w:rsidRPr="00B71560">
        <w:rPr>
          <w:b/>
          <w:color w:val="002060"/>
          <w:sz w:val="18"/>
        </w:rPr>
        <w:t>1</w:t>
      </w:r>
      <w:bookmarkEnd w:id="0"/>
      <w:r w:rsidRPr="00B71560">
        <w:rPr>
          <w:b/>
          <w:color w:val="002060"/>
          <w:sz w:val="18"/>
        </w:rPr>
        <w:t xml:space="preserve">. </w:t>
      </w:r>
      <w:r w:rsidRPr="006B437F">
        <w:rPr>
          <w:color w:val="121214"/>
          <w:sz w:val="18"/>
        </w:rPr>
        <w:t>Conceptual framework, research model, workflow, or analytical pathway.</w:t>
      </w:r>
    </w:p>
    <w:p w14:paraId="11A455AD" w14:textId="77777777" w:rsidR="00946D2F" w:rsidRPr="006B437F" w:rsidRDefault="00000000" w:rsidP="00D34EA3">
      <w:pPr>
        <w:spacing w:after="100" w:line="240" w:lineRule="auto"/>
        <w:jc w:val="both"/>
      </w:pPr>
      <w:r w:rsidRPr="006B437F">
        <w:rPr>
          <w:i/>
          <w:color w:val="545860"/>
          <w:sz w:val="17"/>
        </w:rPr>
        <w:t>Note.</w:t>
      </w:r>
      <w:r w:rsidRPr="006B437F">
        <w:rPr>
          <w:color w:val="545860"/>
          <w:sz w:val="17"/>
        </w:rPr>
        <w:t xml:space="preserve"> Replace the sample figure with the final author-generated figure. Define abbreviations and state the source when necessary.</w:t>
      </w:r>
    </w:p>
    <w:p w14:paraId="687795ED" w14:textId="77777777" w:rsidR="00D34EA3" w:rsidRPr="006B437F" w:rsidRDefault="00D34EA3" w:rsidP="00D34EA3">
      <w:pPr>
        <w:keepNext/>
        <w:spacing w:before="120" w:after="60" w:line="240" w:lineRule="auto"/>
        <w:rPr>
          <w:b/>
          <w:color w:val="002060"/>
          <w:sz w:val="23"/>
        </w:rPr>
      </w:pPr>
    </w:p>
    <w:p w14:paraId="4EBF9B42" w14:textId="77777777" w:rsidR="00946D2F" w:rsidRPr="006B437F" w:rsidRDefault="00000000" w:rsidP="00D34EA3">
      <w:pPr>
        <w:keepNext/>
        <w:spacing w:before="120" w:after="60" w:line="240" w:lineRule="auto"/>
      </w:pPr>
      <w:r w:rsidRPr="006B437F">
        <w:rPr>
          <w:b/>
          <w:color w:val="002060"/>
          <w:sz w:val="23"/>
        </w:rPr>
        <w:t>3. Methods</w:t>
      </w:r>
    </w:p>
    <w:p w14:paraId="27B41DFA" w14:textId="77777777" w:rsidR="00946D2F" w:rsidRPr="006B437F" w:rsidRDefault="00000000" w:rsidP="00D34EA3">
      <w:pPr>
        <w:keepNext/>
        <w:spacing w:before="80" w:after="60" w:line="240" w:lineRule="auto"/>
      </w:pPr>
      <w:r w:rsidRPr="006B437F">
        <w:rPr>
          <w:b/>
          <w:color w:val="002060"/>
          <w:sz w:val="21"/>
        </w:rPr>
        <w:t>3.1. Research design</w:t>
      </w:r>
    </w:p>
    <w:p w14:paraId="43EEC1FB"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w:t>
      </w:r>
      <w:proofErr w:type="gramStart"/>
      <w:r w:rsidRPr="006B437F">
        <w:rPr>
          <w:color w:val="121214"/>
          <w:sz w:val="19"/>
          <w:szCs w:val="19"/>
        </w:rPr>
        <w:t>transparent methods</w:t>
      </w:r>
      <w:proofErr w:type="gramEnd"/>
      <w:r w:rsidRPr="006B437F">
        <w:rPr>
          <w:color w:val="121214"/>
          <w:sz w:val="19"/>
          <w:szCs w:val="19"/>
        </w:rPr>
        <w:t>.</w:t>
      </w:r>
    </w:p>
    <w:p w14:paraId="3994A2EF" w14:textId="77777777" w:rsidR="00946D2F" w:rsidRPr="006B437F" w:rsidRDefault="00000000" w:rsidP="00D34EA3">
      <w:pPr>
        <w:spacing w:after="80" w:line="240" w:lineRule="auto"/>
        <w:ind w:firstLine="426"/>
        <w:jc w:val="both"/>
        <w:rPr>
          <w:sz w:val="19"/>
          <w:szCs w:val="19"/>
        </w:rPr>
      </w:pPr>
      <w:r w:rsidRPr="006B437F">
        <w:rPr>
          <w:color w:val="121214"/>
          <w:sz w:val="19"/>
          <w:szCs w:val="19"/>
        </w:rPr>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w:t>
      </w:r>
      <w:hyperlink w:anchor="Ref_42" w:history="1">
        <w:r w:rsidR="00946D2F" w:rsidRPr="006B437F">
          <w:rPr>
            <w:color w:val="0563C1"/>
            <w:sz w:val="19"/>
            <w:szCs w:val="19"/>
          </w:rPr>
          <w:t>42</w:t>
        </w:r>
      </w:hyperlink>
      <w:r w:rsidRPr="006B437F">
        <w:rPr>
          <w:color w:val="121214"/>
          <w:sz w:val="19"/>
          <w:szCs w:val="19"/>
        </w:rPr>
        <w:t xml:space="preserve">]. 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w:t>
      </w:r>
      <w:proofErr w:type="gramStart"/>
      <w:r w:rsidRPr="006B437F">
        <w:rPr>
          <w:color w:val="121214"/>
          <w:sz w:val="19"/>
          <w:szCs w:val="19"/>
        </w:rPr>
        <w:t>transparent methods</w:t>
      </w:r>
      <w:proofErr w:type="gramEnd"/>
      <w:r w:rsidRPr="006B437F">
        <w:rPr>
          <w:color w:val="121214"/>
          <w:sz w:val="19"/>
          <w:szCs w:val="19"/>
        </w:rPr>
        <w:t>.</w:t>
      </w:r>
    </w:p>
    <w:p w14:paraId="163B821E" w14:textId="77777777" w:rsidR="00946D2F" w:rsidRPr="006B437F" w:rsidRDefault="00000000" w:rsidP="00D34EA3">
      <w:pPr>
        <w:keepNext/>
        <w:spacing w:before="80" w:after="60" w:line="240" w:lineRule="auto"/>
      </w:pPr>
      <w:r w:rsidRPr="006B437F">
        <w:rPr>
          <w:b/>
          <w:color w:val="002060"/>
          <w:sz w:val="21"/>
        </w:rPr>
        <w:t>3.2. Data universe and analytical units</w:t>
      </w:r>
    </w:p>
    <w:p w14:paraId="03FB83D5"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 sources, operational definitions, data collection procedures, analytical techniques, validity or reliability procedures, uncertainty, and </w:t>
      </w:r>
      <w:proofErr w:type="spellStart"/>
      <w:r w:rsidRPr="006B437F">
        <w:rPr>
          <w:color w:val="121214"/>
          <w:sz w:val="19"/>
          <w:szCs w:val="19"/>
        </w:rPr>
        <w:t>ethical</w:t>
      </w:r>
      <w:r w:rsidRPr="006B437F">
        <w:t>Table</w:t>
      </w:r>
      <w:proofErr w:type="spellEnd"/>
      <w:r w:rsidRPr="006B437F">
        <w:t xml:space="preserve"> </w:t>
      </w:r>
      <w:hyperlink w:anchor="Table_1" w:history="1">
        <w:r w:rsidR="00946D2F" w:rsidRPr="006B437F">
          <w:rPr>
            <w:color w:val="0563C1"/>
          </w:rPr>
          <w:t>1</w:t>
        </w:r>
      </w:hyperlink>
      <w:r w:rsidRPr="006B437F">
        <w:t xml:space="preserve"> summarizes the data sources, sample, materials, or analytical roles used in the study.</w:t>
      </w:r>
    </w:p>
    <w:p w14:paraId="62FD2811" w14:textId="77777777" w:rsidR="00946D2F" w:rsidRPr="006B437F" w:rsidRDefault="00000000" w:rsidP="00D34EA3">
      <w:pPr>
        <w:keepNext/>
        <w:spacing w:after="80" w:line="240" w:lineRule="auto"/>
        <w:jc w:val="center"/>
      </w:pPr>
      <w:r w:rsidRPr="00B71560">
        <w:rPr>
          <w:b/>
          <w:color w:val="002060"/>
          <w:sz w:val="18"/>
        </w:rPr>
        <w:t xml:space="preserve">Table </w:t>
      </w:r>
      <w:bookmarkStart w:id="1" w:name="Table_1"/>
      <w:proofErr w:type="gramStart"/>
      <w:r w:rsidRPr="00B71560">
        <w:rPr>
          <w:b/>
          <w:color w:val="002060"/>
          <w:sz w:val="18"/>
        </w:rPr>
        <w:t>1</w:t>
      </w:r>
      <w:bookmarkEnd w:id="1"/>
      <w:r w:rsidRPr="00B71560">
        <w:rPr>
          <w:b/>
          <w:color w:val="002060"/>
          <w:sz w:val="18"/>
        </w:rPr>
        <w:t>.</w:t>
      </w:r>
      <w:r w:rsidRPr="006B437F">
        <w:rPr>
          <w:color w:val="121214"/>
          <w:sz w:val="18"/>
        </w:rPr>
        <w:t>Data</w:t>
      </w:r>
      <w:proofErr w:type="gramEnd"/>
      <w:r w:rsidRPr="006B437F">
        <w:rPr>
          <w:color w:val="121214"/>
          <w:sz w:val="18"/>
        </w:rPr>
        <w:t xml:space="preserve"> sources, participants, materials, or analytical role.</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642"/>
        <w:gridCol w:w="2128"/>
        <w:gridCol w:w="4698"/>
      </w:tblGrid>
      <w:tr w:rsidR="00946D2F" w:rsidRPr="006B437F" w14:paraId="3EFD9799" w14:textId="77777777" w:rsidTr="00EF59E6">
        <w:tc>
          <w:tcPr>
            <w:tcW w:w="1395" w:type="pct"/>
            <w:shd w:val="clear" w:color="auto" w:fill="E2ECFE"/>
          </w:tcPr>
          <w:p w14:paraId="24F6FC07" w14:textId="77777777" w:rsidR="00946D2F" w:rsidRPr="006B437F" w:rsidRDefault="00000000" w:rsidP="00D34EA3">
            <w:pPr>
              <w:jc w:val="center"/>
            </w:pPr>
            <w:r w:rsidRPr="006B437F">
              <w:rPr>
                <w:b/>
                <w:color w:val="002060"/>
                <w:sz w:val="16"/>
              </w:rPr>
              <w:t>Source / sample / material</w:t>
            </w:r>
          </w:p>
        </w:tc>
        <w:tc>
          <w:tcPr>
            <w:tcW w:w="1124" w:type="pct"/>
            <w:shd w:val="clear" w:color="auto" w:fill="E2ECFE"/>
          </w:tcPr>
          <w:p w14:paraId="322F68F1" w14:textId="77777777" w:rsidR="00946D2F" w:rsidRPr="006B437F" w:rsidRDefault="00000000" w:rsidP="00D34EA3">
            <w:pPr>
              <w:jc w:val="center"/>
            </w:pPr>
            <w:r w:rsidRPr="006B437F">
              <w:rPr>
                <w:b/>
                <w:color w:val="002060"/>
                <w:sz w:val="16"/>
              </w:rPr>
              <w:t>Period / coverage</w:t>
            </w:r>
          </w:p>
        </w:tc>
        <w:tc>
          <w:tcPr>
            <w:tcW w:w="2481" w:type="pct"/>
            <w:shd w:val="clear" w:color="auto" w:fill="E2ECFE"/>
          </w:tcPr>
          <w:p w14:paraId="5FD9BB91" w14:textId="77777777" w:rsidR="00946D2F" w:rsidRPr="006B437F" w:rsidRDefault="00000000" w:rsidP="00D34EA3">
            <w:pPr>
              <w:jc w:val="center"/>
            </w:pPr>
            <w:r w:rsidRPr="006B437F">
              <w:rPr>
                <w:b/>
                <w:color w:val="002060"/>
                <w:sz w:val="16"/>
              </w:rPr>
              <w:t>Role in this study</w:t>
            </w:r>
          </w:p>
        </w:tc>
      </w:tr>
      <w:tr w:rsidR="00946D2F" w:rsidRPr="006B437F" w14:paraId="1018405C" w14:textId="77777777" w:rsidTr="00EF59E6">
        <w:tc>
          <w:tcPr>
            <w:tcW w:w="1395" w:type="pct"/>
          </w:tcPr>
          <w:p w14:paraId="21AD8DF8" w14:textId="77777777" w:rsidR="00946D2F" w:rsidRPr="006B437F" w:rsidRDefault="00000000" w:rsidP="00D34EA3">
            <w:r w:rsidRPr="006B437F">
              <w:rPr>
                <w:color w:val="121214"/>
                <w:sz w:val="16"/>
              </w:rPr>
              <w:t>Primary data source / Sample 1</w:t>
            </w:r>
          </w:p>
        </w:tc>
        <w:tc>
          <w:tcPr>
            <w:tcW w:w="1124" w:type="pct"/>
          </w:tcPr>
          <w:p w14:paraId="1A2C1E37" w14:textId="77777777" w:rsidR="00946D2F" w:rsidRPr="006B437F" w:rsidRDefault="00000000" w:rsidP="00D34EA3">
            <w:r w:rsidRPr="006B437F">
              <w:rPr>
                <w:color w:val="121214"/>
                <w:sz w:val="16"/>
              </w:rPr>
              <w:t>[Period / N / coverage]</w:t>
            </w:r>
          </w:p>
        </w:tc>
        <w:tc>
          <w:tcPr>
            <w:tcW w:w="2481" w:type="pct"/>
          </w:tcPr>
          <w:p w14:paraId="298FE385" w14:textId="77777777" w:rsidR="00946D2F" w:rsidRPr="006B437F" w:rsidRDefault="00000000" w:rsidP="00D34EA3">
            <w:r w:rsidRPr="006B437F">
              <w:rPr>
                <w:color w:val="121214"/>
                <w:sz w:val="16"/>
              </w:rPr>
              <w:t>Primary evidence used for the main analysis</w:t>
            </w:r>
          </w:p>
        </w:tc>
      </w:tr>
      <w:tr w:rsidR="00946D2F" w:rsidRPr="006B437F" w14:paraId="28966C42" w14:textId="77777777" w:rsidTr="00EF59E6">
        <w:tc>
          <w:tcPr>
            <w:tcW w:w="1395" w:type="pct"/>
          </w:tcPr>
          <w:p w14:paraId="0D69B123" w14:textId="77777777" w:rsidR="00946D2F" w:rsidRPr="006B437F" w:rsidRDefault="00000000" w:rsidP="00D34EA3">
            <w:r w:rsidRPr="006B437F">
              <w:rPr>
                <w:color w:val="121214"/>
                <w:sz w:val="16"/>
              </w:rPr>
              <w:t>Secondary data source / Sample 2</w:t>
            </w:r>
          </w:p>
        </w:tc>
        <w:tc>
          <w:tcPr>
            <w:tcW w:w="1124" w:type="pct"/>
          </w:tcPr>
          <w:p w14:paraId="2ABD4988" w14:textId="77777777" w:rsidR="00946D2F" w:rsidRPr="006B437F" w:rsidRDefault="00000000" w:rsidP="00D34EA3">
            <w:pPr>
              <w:jc w:val="center"/>
            </w:pPr>
            <w:r w:rsidRPr="006B437F">
              <w:rPr>
                <w:color w:val="121214"/>
                <w:sz w:val="16"/>
              </w:rPr>
              <w:t>[Period / N / coverage]</w:t>
            </w:r>
          </w:p>
        </w:tc>
        <w:tc>
          <w:tcPr>
            <w:tcW w:w="2481" w:type="pct"/>
          </w:tcPr>
          <w:p w14:paraId="3ABABAA0" w14:textId="77777777" w:rsidR="00946D2F" w:rsidRPr="006B437F" w:rsidRDefault="00000000" w:rsidP="00D34EA3">
            <w:r w:rsidRPr="006B437F">
              <w:rPr>
                <w:color w:val="121214"/>
                <w:sz w:val="16"/>
              </w:rPr>
              <w:t>Validation, comparison, or complementary analysis</w:t>
            </w:r>
          </w:p>
        </w:tc>
      </w:tr>
      <w:tr w:rsidR="00946D2F" w:rsidRPr="006B437F" w14:paraId="554A9958" w14:textId="77777777" w:rsidTr="00EF59E6">
        <w:tc>
          <w:tcPr>
            <w:tcW w:w="1395" w:type="pct"/>
          </w:tcPr>
          <w:p w14:paraId="2DC3FB8A" w14:textId="77777777" w:rsidR="00946D2F" w:rsidRPr="006B437F" w:rsidRDefault="00000000" w:rsidP="00D34EA3">
            <w:r w:rsidRPr="006B437F">
              <w:rPr>
                <w:color w:val="121214"/>
                <w:sz w:val="16"/>
              </w:rPr>
              <w:t>Instrument / dataset / document set</w:t>
            </w:r>
          </w:p>
        </w:tc>
        <w:tc>
          <w:tcPr>
            <w:tcW w:w="1124" w:type="pct"/>
          </w:tcPr>
          <w:p w14:paraId="5295B59F" w14:textId="77777777" w:rsidR="00946D2F" w:rsidRPr="006B437F" w:rsidRDefault="00000000" w:rsidP="00D34EA3">
            <w:pPr>
              <w:jc w:val="center"/>
            </w:pPr>
            <w:r w:rsidRPr="006B437F">
              <w:rPr>
                <w:color w:val="121214"/>
                <w:sz w:val="16"/>
              </w:rPr>
              <w:t>[Version / period]</w:t>
            </w:r>
          </w:p>
        </w:tc>
        <w:tc>
          <w:tcPr>
            <w:tcW w:w="2481" w:type="pct"/>
          </w:tcPr>
          <w:p w14:paraId="54658275" w14:textId="77777777" w:rsidR="00946D2F" w:rsidRPr="006B437F" w:rsidRDefault="00000000" w:rsidP="00D34EA3">
            <w:r w:rsidRPr="006B437F">
              <w:rPr>
                <w:color w:val="121214"/>
                <w:sz w:val="16"/>
              </w:rPr>
              <w:t>Measurement, coding, extraction, or contextual evidence</w:t>
            </w:r>
          </w:p>
        </w:tc>
      </w:tr>
      <w:tr w:rsidR="00946D2F" w:rsidRPr="006B437F" w14:paraId="3503B3C8" w14:textId="77777777" w:rsidTr="00EF59E6">
        <w:tc>
          <w:tcPr>
            <w:tcW w:w="1395" w:type="pct"/>
          </w:tcPr>
          <w:p w14:paraId="29E9B2D1" w14:textId="77777777" w:rsidR="00946D2F" w:rsidRPr="006B437F" w:rsidRDefault="00000000" w:rsidP="00D34EA3">
            <w:r w:rsidRPr="006B437F">
              <w:rPr>
                <w:color w:val="121214"/>
                <w:sz w:val="16"/>
              </w:rPr>
              <w:t>Peer-reviewed / contextual evidence</w:t>
            </w:r>
          </w:p>
        </w:tc>
        <w:tc>
          <w:tcPr>
            <w:tcW w:w="1124" w:type="pct"/>
          </w:tcPr>
          <w:p w14:paraId="057DBA58" w14:textId="77777777" w:rsidR="00946D2F" w:rsidRPr="006B437F" w:rsidRDefault="00000000" w:rsidP="00D34EA3">
            <w:r w:rsidRPr="006B437F">
              <w:rPr>
                <w:color w:val="121214"/>
                <w:sz w:val="16"/>
              </w:rPr>
              <w:t>[Coverage]</w:t>
            </w:r>
          </w:p>
        </w:tc>
        <w:tc>
          <w:tcPr>
            <w:tcW w:w="2481" w:type="pct"/>
          </w:tcPr>
          <w:p w14:paraId="43628135" w14:textId="77777777" w:rsidR="00946D2F" w:rsidRPr="006B437F" w:rsidRDefault="00000000" w:rsidP="00D34EA3">
            <w:r w:rsidRPr="006B437F">
              <w:rPr>
                <w:color w:val="121214"/>
                <w:sz w:val="16"/>
              </w:rPr>
              <w:t>Theoretical or interpretive triangulation</w:t>
            </w:r>
          </w:p>
        </w:tc>
      </w:tr>
      <w:tr w:rsidR="00946D2F" w:rsidRPr="006B437F" w14:paraId="39F56FDB" w14:textId="77777777" w:rsidTr="00EF59E6">
        <w:tc>
          <w:tcPr>
            <w:tcW w:w="1395" w:type="pct"/>
          </w:tcPr>
          <w:p w14:paraId="6A14DE37" w14:textId="77777777" w:rsidR="00946D2F" w:rsidRPr="006B437F" w:rsidRDefault="00000000" w:rsidP="00D34EA3">
            <w:r w:rsidRPr="006B437F">
              <w:rPr>
                <w:color w:val="121214"/>
                <w:sz w:val="16"/>
              </w:rPr>
              <w:t>Policy / guideline / supplementary source</w:t>
            </w:r>
          </w:p>
        </w:tc>
        <w:tc>
          <w:tcPr>
            <w:tcW w:w="1124" w:type="pct"/>
          </w:tcPr>
          <w:p w14:paraId="3D9DC6A9" w14:textId="77777777" w:rsidR="00946D2F" w:rsidRPr="006B437F" w:rsidRDefault="00000000" w:rsidP="00D34EA3">
            <w:r w:rsidRPr="006B437F">
              <w:rPr>
                <w:color w:val="121214"/>
                <w:sz w:val="16"/>
              </w:rPr>
              <w:t>[Coverage]</w:t>
            </w:r>
          </w:p>
        </w:tc>
        <w:tc>
          <w:tcPr>
            <w:tcW w:w="2481" w:type="pct"/>
          </w:tcPr>
          <w:p w14:paraId="68DB23B3" w14:textId="77777777" w:rsidR="00946D2F" w:rsidRPr="006B437F" w:rsidRDefault="00000000" w:rsidP="00D34EA3">
            <w:r w:rsidRPr="006B437F">
              <w:rPr>
                <w:color w:val="121214"/>
                <w:sz w:val="16"/>
              </w:rPr>
              <w:t>Context, interpretation, or practical implication</w:t>
            </w:r>
          </w:p>
        </w:tc>
      </w:tr>
    </w:tbl>
    <w:p w14:paraId="17D0F8A2" w14:textId="77777777" w:rsidR="00946D2F" w:rsidRPr="006B437F" w:rsidRDefault="00946D2F" w:rsidP="00D34EA3">
      <w:pPr>
        <w:spacing w:line="240" w:lineRule="auto"/>
      </w:pPr>
    </w:p>
    <w:p w14:paraId="46DF0AAF" w14:textId="77777777" w:rsidR="00946D2F" w:rsidRPr="006B437F" w:rsidRDefault="00000000" w:rsidP="00D34EA3">
      <w:pPr>
        <w:keepNext/>
        <w:spacing w:before="80" w:after="60" w:line="240" w:lineRule="auto"/>
      </w:pPr>
      <w:r w:rsidRPr="006B437F">
        <w:rPr>
          <w:b/>
          <w:color w:val="002060"/>
          <w:sz w:val="21"/>
        </w:rPr>
        <w:t>3.3. Operational definitions / Variables</w:t>
      </w:r>
    </w:p>
    <w:p w14:paraId="75A9BF60" w14:textId="77777777" w:rsidR="00EF59E6" w:rsidRPr="006B437F" w:rsidRDefault="00EF59E6" w:rsidP="00EF59E6">
      <w:pPr>
        <w:keepNext/>
        <w:spacing w:after="80" w:line="240" w:lineRule="auto"/>
        <w:jc w:val="center"/>
        <w:rPr>
          <w:b/>
          <w:color w:val="121214"/>
          <w:sz w:val="18"/>
        </w:rPr>
      </w:pPr>
    </w:p>
    <w:p w14:paraId="0C1FC3FC" w14:textId="77777777" w:rsidR="000C394B" w:rsidRPr="006B437F" w:rsidRDefault="00000000">
      <w:pPr>
        <w:spacing w:after="80" w:line="240" w:lineRule="auto"/>
        <w:jc w:val="both"/>
        <w:rPr>
          <w:sz w:val="19"/>
          <w:szCs w:val="19"/>
        </w:rPr>
      </w:pPr>
      <w:r w:rsidRPr="006B437F">
        <w:t xml:space="preserve">The operational definitions of the principal constructs or variables are summarized in Table </w:t>
      </w:r>
      <w:hyperlink w:anchor="Table_2" w:history="1">
        <w:r w:rsidR="000C394B" w:rsidRPr="006B437F">
          <w:rPr>
            <w:color w:val="0563C1"/>
          </w:rPr>
          <w:t>2</w:t>
        </w:r>
      </w:hyperlink>
      <w:r w:rsidRPr="006B437F">
        <w:t>.</w:t>
      </w:r>
    </w:p>
    <w:p w14:paraId="39AE42A2" w14:textId="77777777" w:rsidR="00946D2F" w:rsidRPr="006B437F" w:rsidRDefault="00000000" w:rsidP="00EF59E6">
      <w:pPr>
        <w:keepNext/>
        <w:spacing w:after="80" w:line="240" w:lineRule="auto"/>
        <w:jc w:val="center"/>
      </w:pPr>
      <w:r w:rsidRPr="00B71560">
        <w:rPr>
          <w:b/>
          <w:color w:val="002060"/>
          <w:sz w:val="18"/>
        </w:rPr>
        <w:t xml:space="preserve">Table </w:t>
      </w:r>
      <w:bookmarkStart w:id="2" w:name="Table_2"/>
      <w:r w:rsidRPr="00B71560">
        <w:rPr>
          <w:b/>
          <w:color w:val="002060"/>
          <w:sz w:val="18"/>
        </w:rPr>
        <w:t>2</w:t>
      </w:r>
      <w:bookmarkEnd w:id="2"/>
      <w:r w:rsidRPr="00B71560">
        <w:rPr>
          <w:b/>
          <w:color w:val="002060"/>
          <w:sz w:val="18"/>
        </w:rPr>
        <w:t xml:space="preserve">. </w:t>
      </w:r>
      <w:r w:rsidRPr="006B437F">
        <w:rPr>
          <w:color w:val="121214"/>
          <w:sz w:val="18"/>
        </w:rPr>
        <w:t>Operational definitions of the principal variables or indicators.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76"/>
        <w:gridCol w:w="4037"/>
        <w:gridCol w:w="3155"/>
      </w:tblGrid>
      <w:tr w:rsidR="00946D2F" w:rsidRPr="006B437F" w14:paraId="3D496B61" w14:textId="77777777" w:rsidTr="00EF59E6">
        <w:tc>
          <w:tcPr>
            <w:tcW w:w="1202" w:type="pct"/>
            <w:shd w:val="clear" w:color="auto" w:fill="E2ECFE"/>
          </w:tcPr>
          <w:p w14:paraId="6D3F2182" w14:textId="77777777" w:rsidR="00946D2F" w:rsidRPr="006B437F" w:rsidRDefault="00000000" w:rsidP="00D34EA3">
            <w:pPr>
              <w:jc w:val="center"/>
            </w:pPr>
            <w:r w:rsidRPr="006B437F">
              <w:rPr>
                <w:b/>
                <w:color w:val="002060"/>
                <w:sz w:val="16"/>
              </w:rPr>
              <w:t>Variable / indicator</w:t>
            </w:r>
          </w:p>
        </w:tc>
        <w:tc>
          <w:tcPr>
            <w:tcW w:w="2132" w:type="pct"/>
            <w:shd w:val="clear" w:color="auto" w:fill="E2ECFE"/>
          </w:tcPr>
          <w:p w14:paraId="29F55E35" w14:textId="77777777" w:rsidR="00946D2F" w:rsidRPr="006B437F" w:rsidRDefault="00000000" w:rsidP="00D34EA3">
            <w:pPr>
              <w:jc w:val="center"/>
            </w:pPr>
            <w:r w:rsidRPr="006B437F">
              <w:rPr>
                <w:b/>
                <w:color w:val="002060"/>
                <w:sz w:val="16"/>
              </w:rPr>
              <w:t>Definition / calculation</w:t>
            </w:r>
          </w:p>
        </w:tc>
        <w:tc>
          <w:tcPr>
            <w:tcW w:w="1666" w:type="pct"/>
            <w:shd w:val="clear" w:color="auto" w:fill="E2ECFE"/>
          </w:tcPr>
          <w:p w14:paraId="452BD2F9" w14:textId="77777777" w:rsidR="00946D2F" w:rsidRPr="006B437F" w:rsidRDefault="00000000" w:rsidP="00D34EA3">
            <w:pPr>
              <w:jc w:val="center"/>
            </w:pPr>
            <w:r w:rsidRPr="006B437F">
              <w:rPr>
                <w:b/>
                <w:color w:val="002060"/>
                <w:sz w:val="16"/>
              </w:rPr>
              <w:t>Interpretive role</w:t>
            </w:r>
          </w:p>
        </w:tc>
      </w:tr>
      <w:tr w:rsidR="00946D2F" w:rsidRPr="006B437F" w14:paraId="71D2B7D5" w14:textId="77777777" w:rsidTr="00EF59E6">
        <w:tc>
          <w:tcPr>
            <w:tcW w:w="1202" w:type="pct"/>
          </w:tcPr>
          <w:p w14:paraId="44A948AC" w14:textId="77777777" w:rsidR="00946D2F" w:rsidRPr="006B437F" w:rsidRDefault="00000000" w:rsidP="00D34EA3">
            <w:r w:rsidRPr="006B437F">
              <w:rPr>
                <w:color w:val="121214"/>
                <w:sz w:val="16"/>
              </w:rPr>
              <w:t>Variable / indicator 1</w:t>
            </w:r>
          </w:p>
        </w:tc>
        <w:tc>
          <w:tcPr>
            <w:tcW w:w="2132" w:type="pct"/>
          </w:tcPr>
          <w:p w14:paraId="2D55BF8F" w14:textId="77777777" w:rsidR="00946D2F" w:rsidRPr="006B437F" w:rsidRDefault="00000000" w:rsidP="00D34EA3">
            <w:r w:rsidRPr="006B437F">
              <w:rPr>
                <w:color w:val="121214"/>
                <w:sz w:val="16"/>
              </w:rPr>
              <w:t>[Operational definition, scale, formula, coding, or scoring rule]</w:t>
            </w:r>
          </w:p>
        </w:tc>
        <w:tc>
          <w:tcPr>
            <w:tcW w:w="1666" w:type="pct"/>
          </w:tcPr>
          <w:p w14:paraId="4DA298F4" w14:textId="77777777" w:rsidR="00946D2F" w:rsidRPr="006B437F" w:rsidRDefault="00000000" w:rsidP="00D34EA3">
            <w:r w:rsidRPr="006B437F">
              <w:rPr>
                <w:color w:val="121214"/>
                <w:sz w:val="16"/>
              </w:rPr>
              <w:t>[Meaning of the variable in the analysis]</w:t>
            </w:r>
          </w:p>
        </w:tc>
      </w:tr>
      <w:tr w:rsidR="00946D2F" w:rsidRPr="006B437F" w14:paraId="30E0A02C" w14:textId="77777777" w:rsidTr="00EF59E6">
        <w:tc>
          <w:tcPr>
            <w:tcW w:w="1202" w:type="pct"/>
          </w:tcPr>
          <w:p w14:paraId="3BE35580" w14:textId="77777777" w:rsidR="00946D2F" w:rsidRPr="006B437F" w:rsidRDefault="00000000" w:rsidP="00D34EA3">
            <w:r w:rsidRPr="006B437F">
              <w:rPr>
                <w:color w:val="121214"/>
                <w:sz w:val="16"/>
              </w:rPr>
              <w:t>Variable / indicator 2</w:t>
            </w:r>
          </w:p>
        </w:tc>
        <w:tc>
          <w:tcPr>
            <w:tcW w:w="2132" w:type="pct"/>
          </w:tcPr>
          <w:p w14:paraId="1B53D15D" w14:textId="77777777" w:rsidR="00946D2F" w:rsidRPr="006B437F" w:rsidRDefault="00000000" w:rsidP="00D34EA3">
            <w:r w:rsidRPr="006B437F">
              <w:rPr>
                <w:color w:val="121214"/>
                <w:sz w:val="16"/>
              </w:rPr>
              <w:t>[Operational definition, scale, formula, coding, or scoring rule]</w:t>
            </w:r>
          </w:p>
        </w:tc>
        <w:tc>
          <w:tcPr>
            <w:tcW w:w="1666" w:type="pct"/>
          </w:tcPr>
          <w:p w14:paraId="7993A9A9" w14:textId="77777777" w:rsidR="00946D2F" w:rsidRPr="006B437F" w:rsidRDefault="00000000" w:rsidP="00D34EA3">
            <w:r w:rsidRPr="006B437F">
              <w:rPr>
                <w:color w:val="121214"/>
                <w:sz w:val="16"/>
              </w:rPr>
              <w:t>[Meaning of the variable in the analysis]</w:t>
            </w:r>
          </w:p>
        </w:tc>
      </w:tr>
      <w:tr w:rsidR="00946D2F" w:rsidRPr="006B437F" w14:paraId="3C2AA085" w14:textId="77777777" w:rsidTr="00EF59E6">
        <w:tc>
          <w:tcPr>
            <w:tcW w:w="1202" w:type="pct"/>
          </w:tcPr>
          <w:p w14:paraId="346D817D" w14:textId="77777777" w:rsidR="00946D2F" w:rsidRPr="006B437F" w:rsidRDefault="00000000" w:rsidP="00D34EA3">
            <w:r w:rsidRPr="006B437F">
              <w:rPr>
                <w:color w:val="121214"/>
                <w:sz w:val="16"/>
              </w:rPr>
              <w:t>Variable / indicator 3</w:t>
            </w:r>
          </w:p>
        </w:tc>
        <w:tc>
          <w:tcPr>
            <w:tcW w:w="2132" w:type="pct"/>
          </w:tcPr>
          <w:p w14:paraId="680D7984" w14:textId="77777777" w:rsidR="00946D2F" w:rsidRPr="006B437F" w:rsidRDefault="00000000" w:rsidP="00D34EA3">
            <w:r w:rsidRPr="006B437F">
              <w:rPr>
                <w:color w:val="121214"/>
                <w:sz w:val="16"/>
              </w:rPr>
              <w:t>[Operational definition, scale, formula, coding, or scoring rule]</w:t>
            </w:r>
          </w:p>
        </w:tc>
        <w:tc>
          <w:tcPr>
            <w:tcW w:w="1666" w:type="pct"/>
          </w:tcPr>
          <w:p w14:paraId="67FBA660" w14:textId="77777777" w:rsidR="00946D2F" w:rsidRPr="006B437F" w:rsidRDefault="00000000" w:rsidP="00D34EA3">
            <w:r w:rsidRPr="006B437F">
              <w:rPr>
                <w:color w:val="121214"/>
                <w:sz w:val="16"/>
              </w:rPr>
              <w:t>[Meaning of the variable in the analysis]</w:t>
            </w:r>
          </w:p>
        </w:tc>
      </w:tr>
      <w:tr w:rsidR="00946D2F" w:rsidRPr="006B437F" w14:paraId="4013FF7A" w14:textId="77777777" w:rsidTr="00EF59E6">
        <w:tc>
          <w:tcPr>
            <w:tcW w:w="1202" w:type="pct"/>
          </w:tcPr>
          <w:p w14:paraId="4A5CDA85" w14:textId="77777777" w:rsidR="00946D2F" w:rsidRPr="006B437F" w:rsidRDefault="00000000" w:rsidP="00D34EA3">
            <w:r w:rsidRPr="006B437F">
              <w:rPr>
                <w:color w:val="121214"/>
                <w:sz w:val="16"/>
              </w:rPr>
              <w:t>Variable / indicator 4</w:t>
            </w:r>
          </w:p>
        </w:tc>
        <w:tc>
          <w:tcPr>
            <w:tcW w:w="2132" w:type="pct"/>
          </w:tcPr>
          <w:p w14:paraId="6737EFBD" w14:textId="77777777" w:rsidR="00946D2F" w:rsidRPr="006B437F" w:rsidRDefault="00000000" w:rsidP="00D34EA3">
            <w:r w:rsidRPr="006B437F">
              <w:rPr>
                <w:color w:val="121214"/>
                <w:sz w:val="16"/>
              </w:rPr>
              <w:t>[Operational definition, scale, formula, coding, or scoring rule]</w:t>
            </w:r>
          </w:p>
        </w:tc>
        <w:tc>
          <w:tcPr>
            <w:tcW w:w="1666" w:type="pct"/>
          </w:tcPr>
          <w:p w14:paraId="67F5142D" w14:textId="77777777" w:rsidR="00946D2F" w:rsidRPr="006B437F" w:rsidRDefault="00000000" w:rsidP="00D34EA3">
            <w:r w:rsidRPr="006B437F">
              <w:rPr>
                <w:color w:val="121214"/>
                <w:sz w:val="16"/>
              </w:rPr>
              <w:t>[Meaning of the variable in the analysis]</w:t>
            </w:r>
          </w:p>
        </w:tc>
      </w:tr>
      <w:tr w:rsidR="00946D2F" w:rsidRPr="006B437F" w14:paraId="3E0EA0AF" w14:textId="77777777" w:rsidTr="00EF59E6">
        <w:tc>
          <w:tcPr>
            <w:tcW w:w="1202" w:type="pct"/>
          </w:tcPr>
          <w:p w14:paraId="5A3CD232" w14:textId="77777777" w:rsidR="00946D2F" w:rsidRPr="006B437F" w:rsidRDefault="00000000" w:rsidP="00D34EA3">
            <w:r w:rsidRPr="006B437F">
              <w:rPr>
                <w:color w:val="121214"/>
                <w:sz w:val="16"/>
              </w:rPr>
              <w:t>Variable / indicator 5</w:t>
            </w:r>
          </w:p>
        </w:tc>
        <w:tc>
          <w:tcPr>
            <w:tcW w:w="2132" w:type="pct"/>
          </w:tcPr>
          <w:p w14:paraId="6A58B110" w14:textId="77777777" w:rsidR="00946D2F" w:rsidRPr="006B437F" w:rsidRDefault="00000000" w:rsidP="00D34EA3">
            <w:r w:rsidRPr="006B437F">
              <w:rPr>
                <w:color w:val="121214"/>
                <w:sz w:val="16"/>
              </w:rPr>
              <w:t>[Operational definition, scale, formula, coding, or scoring rule]</w:t>
            </w:r>
          </w:p>
        </w:tc>
        <w:tc>
          <w:tcPr>
            <w:tcW w:w="1666" w:type="pct"/>
          </w:tcPr>
          <w:p w14:paraId="678D980A" w14:textId="77777777" w:rsidR="00946D2F" w:rsidRPr="006B437F" w:rsidRDefault="00000000" w:rsidP="00D34EA3">
            <w:r w:rsidRPr="006B437F">
              <w:rPr>
                <w:color w:val="121214"/>
                <w:sz w:val="16"/>
              </w:rPr>
              <w:t>[Meaning of the variable in the analysis]</w:t>
            </w:r>
          </w:p>
        </w:tc>
      </w:tr>
      <w:tr w:rsidR="00946D2F" w:rsidRPr="006B437F" w14:paraId="2BEB8964" w14:textId="77777777" w:rsidTr="00EF59E6">
        <w:tc>
          <w:tcPr>
            <w:tcW w:w="1202" w:type="pct"/>
          </w:tcPr>
          <w:p w14:paraId="52372660" w14:textId="77777777" w:rsidR="00946D2F" w:rsidRPr="006B437F" w:rsidRDefault="00000000" w:rsidP="00D34EA3">
            <w:r w:rsidRPr="006B437F">
              <w:rPr>
                <w:color w:val="121214"/>
                <w:sz w:val="16"/>
              </w:rPr>
              <w:t>Variable / indicator 6</w:t>
            </w:r>
          </w:p>
        </w:tc>
        <w:tc>
          <w:tcPr>
            <w:tcW w:w="2132" w:type="pct"/>
          </w:tcPr>
          <w:p w14:paraId="28C811AF" w14:textId="77777777" w:rsidR="00946D2F" w:rsidRPr="006B437F" w:rsidRDefault="00000000" w:rsidP="00D34EA3">
            <w:r w:rsidRPr="006B437F">
              <w:rPr>
                <w:color w:val="121214"/>
                <w:sz w:val="16"/>
              </w:rPr>
              <w:t>[Operational definition, scale, formula, coding, or scoring rule]</w:t>
            </w:r>
          </w:p>
        </w:tc>
        <w:tc>
          <w:tcPr>
            <w:tcW w:w="1666" w:type="pct"/>
          </w:tcPr>
          <w:p w14:paraId="1E5B3421" w14:textId="77777777" w:rsidR="00946D2F" w:rsidRPr="006B437F" w:rsidRDefault="00000000" w:rsidP="00D34EA3">
            <w:r w:rsidRPr="006B437F">
              <w:rPr>
                <w:color w:val="121214"/>
                <w:sz w:val="16"/>
              </w:rPr>
              <w:t>[Meaning of the variable in the analysis]</w:t>
            </w:r>
          </w:p>
        </w:tc>
      </w:tr>
    </w:tbl>
    <w:p w14:paraId="06028C09" w14:textId="77777777" w:rsidR="00946D2F" w:rsidRPr="006B437F" w:rsidRDefault="00946D2F" w:rsidP="00D34EA3">
      <w:pPr>
        <w:spacing w:line="240" w:lineRule="auto"/>
      </w:pPr>
    </w:p>
    <w:p w14:paraId="2AC2EC6B" w14:textId="77777777" w:rsidR="00946D2F" w:rsidRPr="006B437F" w:rsidRDefault="00000000" w:rsidP="00D34EA3">
      <w:pPr>
        <w:keepNext/>
        <w:spacing w:before="80" w:after="60" w:line="240" w:lineRule="auto"/>
      </w:pPr>
      <w:r w:rsidRPr="006B437F">
        <w:rPr>
          <w:b/>
          <w:color w:val="002060"/>
          <w:sz w:val="21"/>
        </w:rPr>
        <w:t>3.4. Data collection and extraction</w:t>
      </w:r>
    </w:p>
    <w:p w14:paraId="12F492BA" w14:textId="77777777" w:rsidR="00946D2F" w:rsidRPr="006B437F" w:rsidRDefault="00000000" w:rsidP="00D34EA3">
      <w:pPr>
        <w:spacing w:after="80" w:line="240" w:lineRule="auto"/>
        <w:jc w:val="both"/>
        <w:rPr>
          <w:sz w:val="19"/>
          <w:szCs w:val="19"/>
        </w:rPr>
      </w:pPr>
      <w:r w:rsidRPr="006B437F">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w:t>
      </w:r>
      <w:hyperlink w:anchor="Ref_5" w:history="1">
        <w:r w:rsidR="00946D2F" w:rsidRPr="006B437F">
          <w:rPr>
            <w:color w:val="0563C1"/>
          </w:rPr>
          <w:t>5</w:t>
        </w:r>
      </w:hyperlink>
      <w:r w:rsidRPr="006B437F">
        <w:t>].</w:t>
      </w:r>
    </w:p>
    <w:p w14:paraId="4BAD927B" w14:textId="77777777" w:rsidR="00946D2F" w:rsidRPr="006B437F" w:rsidRDefault="00000000" w:rsidP="00D34EA3">
      <w:pPr>
        <w:keepNext/>
        <w:spacing w:before="80" w:after="60" w:line="240" w:lineRule="auto"/>
      </w:pPr>
      <w:r w:rsidRPr="006B437F">
        <w:rPr>
          <w:b/>
          <w:color w:val="002060"/>
          <w:sz w:val="21"/>
        </w:rPr>
        <w:t>3.5. Data analysis</w:t>
      </w:r>
    </w:p>
    <w:p w14:paraId="5CD95944" w14:textId="77777777" w:rsidR="00946D2F" w:rsidRPr="006B437F" w:rsidRDefault="00000000" w:rsidP="00D34EA3">
      <w:pPr>
        <w:spacing w:after="80" w:line="240" w:lineRule="auto"/>
        <w:jc w:val="both"/>
        <w:rPr>
          <w:sz w:val="19"/>
          <w:szCs w:val="19"/>
        </w:rPr>
      </w:pPr>
      <w:r w:rsidRPr="006B437F">
        <w:t>Replace this sample text with a transparent methods description. Specify the research design, participants or data universe, sampling or data sources, operational definitions, data collection procedures, analytical techniques, validity or reliability procedures, [</w:t>
      </w:r>
      <w:hyperlink w:anchor="Ref_43" w:history="1">
        <w:r w:rsidR="00946D2F" w:rsidRPr="006B437F">
          <w:rPr>
            <w:color w:val="0563C1"/>
          </w:rPr>
          <w:t>43</w:t>
        </w:r>
      </w:hyperlink>
      <w:r w:rsidRPr="006B437F">
        <w:t xml:space="preserve">] Replace this </w:t>
      </w:r>
      <w:proofErr w:type="spellStart"/>
      <w:r w:rsidRPr="006B437F">
        <w:t>sam</w:t>
      </w:r>
      <w:proofErr w:type="spellEnd"/>
      <w:r w:rsidRPr="006B437F">
        <w:t xml:space="preserve"> [</w:t>
      </w:r>
      <w:hyperlink w:anchor="Ref_44" w:history="1">
        <w:r w:rsidR="00946D2F" w:rsidRPr="006B437F">
          <w:rPr>
            <w:color w:val="0563C1"/>
          </w:rPr>
          <w:t>44</w:t>
        </w:r>
      </w:hyperlink>
      <w:r w:rsidRPr="006B437F">
        <w:t xml:space="preserve">] Replace this </w:t>
      </w:r>
      <w:proofErr w:type="spellStart"/>
      <w:r w:rsidRPr="006B437F">
        <w:t>sam</w:t>
      </w:r>
      <w:proofErr w:type="spellEnd"/>
      <w:r w:rsidRPr="006B437F">
        <w:t xml:space="preserve"> [</w:t>
      </w:r>
      <w:hyperlink w:anchor="Ref_45" w:history="1">
        <w:r w:rsidR="00946D2F" w:rsidRPr="006B437F">
          <w:rPr>
            <w:color w:val="0563C1"/>
          </w:rPr>
          <w:t>45</w:t>
        </w:r>
      </w:hyperlink>
      <w:r w:rsidRPr="006B437F">
        <w:t xml:space="preserve">]. Replace this sample text with a transparent methods description. Specify the research design, participants or data universe, sampling or data </w:t>
      </w:r>
      <w:proofErr w:type="gramStart"/>
      <w:r w:rsidRPr="006B437F">
        <w:t>sources,.</w:t>
      </w:r>
      <w:proofErr w:type="gramEnd"/>
    </w:p>
    <w:p w14:paraId="194264B7"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 sources, operational definitions, data collection procedures, analytical techniques, validity or reliability.</w:t>
      </w:r>
    </w:p>
    <w:p w14:paraId="231E803F" w14:textId="77777777" w:rsidR="00946D2F" w:rsidRPr="006B437F" w:rsidRDefault="00000000" w:rsidP="00D34EA3">
      <w:pPr>
        <w:keepNext/>
        <w:spacing w:before="80" w:after="60" w:line="240" w:lineRule="auto"/>
      </w:pPr>
      <w:r w:rsidRPr="006B437F">
        <w:rPr>
          <w:b/>
          <w:color w:val="002060"/>
          <w:sz w:val="21"/>
        </w:rPr>
        <w:t>3.6. Validation, reliability, and uncertainty</w:t>
      </w:r>
    </w:p>
    <w:p w14:paraId="642ABA77" w14:textId="77777777" w:rsidR="00946D2F" w:rsidRPr="006B437F" w:rsidRDefault="00000000" w:rsidP="00D34EA3">
      <w:pPr>
        <w:spacing w:after="80" w:line="240" w:lineRule="auto"/>
        <w:jc w:val="both"/>
        <w:rPr>
          <w:sz w:val="19"/>
          <w:szCs w:val="19"/>
        </w:rPr>
      </w:pPr>
      <w:r w:rsidRPr="006B437F">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w:t>
      </w:r>
    </w:p>
    <w:p w14:paraId="56404F4E"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 Replace this sample text with a transparent methods description. Specify the research design, participants or data universe, sampling or data sources, operational definitions, data.</w:t>
      </w:r>
    </w:p>
    <w:p w14:paraId="7C2F48A3" w14:textId="77777777" w:rsidR="00946D2F" w:rsidRPr="006B437F" w:rsidRDefault="00000000" w:rsidP="00D34EA3">
      <w:pPr>
        <w:keepNext/>
        <w:spacing w:before="80" w:after="60" w:line="240" w:lineRule="auto"/>
      </w:pPr>
      <w:r w:rsidRPr="006B437F">
        <w:rPr>
          <w:b/>
          <w:color w:val="002060"/>
          <w:sz w:val="21"/>
        </w:rPr>
        <w:t>3.7. Ethical considerations</w:t>
      </w:r>
    </w:p>
    <w:p w14:paraId="3D02853C"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a transparent methods description. Specify the research design, participants or data universe, sampling or data sources, operational definitions, data collection procedures, analytical techniques, validity or reliability procedures, uncertainty, and ethical considerations.</w:t>
      </w:r>
    </w:p>
    <w:p w14:paraId="24BE178E" w14:textId="77777777" w:rsidR="00946D2F" w:rsidRPr="006B437F" w:rsidRDefault="00000000" w:rsidP="00D34EA3">
      <w:pPr>
        <w:keepNext/>
        <w:spacing w:before="120" w:after="60" w:line="240" w:lineRule="auto"/>
      </w:pPr>
      <w:r w:rsidRPr="006B437F">
        <w:rPr>
          <w:b/>
          <w:color w:val="002060"/>
          <w:sz w:val="23"/>
        </w:rPr>
        <w:lastRenderedPageBreak/>
        <w:t>4. Results and Discussion</w:t>
      </w:r>
    </w:p>
    <w:p w14:paraId="2B9A6460" w14:textId="77777777" w:rsidR="00946D2F" w:rsidRPr="006B437F" w:rsidRDefault="00000000" w:rsidP="00D34EA3">
      <w:pPr>
        <w:keepNext/>
        <w:spacing w:before="80" w:after="60" w:line="240" w:lineRule="auto"/>
      </w:pPr>
      <w:r w:rsidRPr="006B437F">
        <w:rPr>
          <w:b/>
          <w:color w:val="002060"/>
          <w:sz w:val="21"/>
        </w:rPr>
        <w:t>4.1. Results</w:t>
      </w:r>
    </w:p>
    <w:p w14:paraId="5D097CC8" w14:textId="77777777" w:rsidR="00946D2F" w:rsidRPr="006B437F" w:rsidRDefault="00000000" w:rsidP="00D34EA3">
      <w:pPr>
        <w:keepNext/>
        <w:spacing w:before="80" w:after="60" w:line="240" w:lineRule="auto"/>
        <w:rPr>
          <w:i/>
          <w:iCs/>
          <w:sz w:val="21"/>
          <w:szCs w:val="21"/>
        </w:rPr>
      </w:pPr>
      <w:r w:rsidRPr="006B437F">
        <w:rPr>
          <w:i/>
          <w:iCs/>
          <w:color w:val="002060"/>
          <w:sz w:val="21"/>
          <w:szCs w:val="21"/>
        </w:rPr>
        <w:t>4.1.1. [Primary result theme]</w:t>
      </w:r>
    </w:p>
    <w:p w14:paraId="5004F08D"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 table or figure, and avoid interpretation that belongs in the discussion Replace this sample text with </w:t>
      </w:r>
      <w:proofErr w:type="spellStart"/>
      <w:r w:rsidRPr="006B437F">
        <w:rPr>
          <w:color w:val="121214"/>
          <w:sz w:val="19"/>
          <w:szCs w:val="19"/>
        </w:rPr>
        <w:t>the</w:t>
      </w:r>
      <w:r w:rsidRPr="006B437F">
        <w:t>Table</w:t>
      </w:r>
      <w:proofErr w:type="spellEnd"/>
      <w:r w:rsidRPr="006B437F">
        <w:t xml:space="preserve"> </w:t>
      </w:r>
      <w:hyperlink w:anchor="Table_3" w:history="1">
        <w:r w:rsidR="00946D2F" w:rsidRPr="006B437F">
          <w:rPr>
            <w:color w:val="0563C1"/>
          </w:rPr>
          <w:t>3</w:t>
        </w:r>
      </w:hyperlink>
      <w:r w:rsidRPr="006B437F">
        <w:t xml:space="preserve"> reports the corresponding values, while Figure </w:t>
      </w:r>
      <w:hyperlink w:anchor="Figure_2" w:history="1">
        <w:r w:rsidR="00946D2F" w:rsidRPr="006B437F">
          <w:rPr>
            <w:color w:val="0563C1"/>
          </w:rPr>
          <w:t>2</w:t>
        </w:r>
      </w:hyperlink>
      <w:r w:rsidRPr="006B437F">
        <w:t xml:space="preserve"> provides the visual presentation of the result.</w:t>
      </w:r>
    </w:p>
    <w:p w14:paraId="688D40A4" w14:textId="77777777" w:rsidR="00946D2F" w:rsidRPr="006B437F" w:rsidRDefault="00000000" w:rsidP="00EF59E6">
      <w:pPr>
        <w:keepNext/>
        <w:spacing w:after="80" w:line="240" w:lineRule="auto"/>
        <w:jc w:val="center"/>
      </w:pPr>
      <w:r w:rsidRPr="00B71560">
        <w:rPr>
          <w:b/>
          <w:color w:val="002060"/>
          <w:sz w:val="18"/>
        </w:rPr>
        <w:t xml:space="preserve">Table </w:t>
      </w:r>
      <w:bookmarkStart w:id="3" w:name="Table_3"/>
      <w:r w:rsidRPr="00B71560">
        <w:rPr>
          <w:b/>
          <w:color w:val="002060"/>
          <w:sz w:val="18"/>
        </w:rPr>
        <w:t>3</w:t>
      </w:r>
      <w:bookmarkEnd w:id="3"/>
      <w:r w:rsidRPr="00B71560">
        <w:rPr>
          <w:b/>
          <w:color w:val="002060"/>
          <w:sz w:val="18"/>
        </w:rPr>
        <w:t xml:space="preserve">. </w:t>
      </w:r>
      <w:r w:rsidRPr="006B437F">
        <w:rPr>
          <w:color w:val="121214"/>
          <w:sz w:val="18"/>
        </w:rPr>
        <w:t>Summary of the principal study results.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254"/>
        <w:gridCol w:w="1806"/>
        <w:gridCol w:w="1806"/>
        <w:gridCol w:w="2602"/>
      </w:tblGrid>
      <w:tr w:rsidR="00946D2F" w:rsidRPr="006B437F" w14:paraId="1B97D7E0" w14:textId="77777777" w:rsidTr="00EF59E6">
        <w:tc>
          <w:tcPr>
            <w:tcW w:w="1718" w:type="pct"/>
            <w:shd w:val="clear" w:color="auto" w:fill="E2ECFE"/>
          </w:tcPr>
          <w:p w14:paraId="0DF5B13E" w14:textId="77777777" w:rsidR="00946D2F" w:rsidRPr="006B437F" w:rsidRDefault="00000000" w:rsidP="00D34EA3">
            <w:pPr>
              <w:jc w:val="center"/>
            </w:pPr>
            <w:r w:rsidRPr="006B437F">
              <w:rPr>
                <w:b/>
                <w:color w:val="002060"/>
                <w:sz w:val="16"/>
              </w:rPr>
              <w:t>Outcome / indicator</w:t>
            </w:r>
          </w:p>
        </w:tc>
        <w:tc>
          <w:tcPr>
            <w:tcW w:w="954" w:type="pct"/>
            <w:shd w:val="clear" w:color="auto" w:fill="E2ECFE"/>
          </w:tcPr>
          <w:p w14:paraId="259D4CF3" w14:textId="77777777" w:rsidR="00946D2F" w:rsidRPr="006B437F" w:rsidRDefault="00000000" w:rsidP="00D34EA3">
            <w:pPr>
              <w:jc w:val="center"/>
            </w:pPr>
            <w:r w:rsidRPr="006B437F">
              <w:rPr>
                <w:b/>
                <w:color w:val="002060"/>
                <w:sz w:val="16"/>
              </w:rPr>
              <w:t>Baseline / Group A</w:t>
            </w:r>
          </w:p>
        </w:tc>
        <w:tc>
          <w:tcPr>
            <w:tcW w:w="954" w:type="pct"/>
            <w:shd w:val="clear" w:color="auto" w:fill="E2ECFE"/>
          </w:tcPr>
          <w:p w14:paraId="1E9DCD50" w14:textId="77777777" w:rsidR="00946D2F" w:rsidRPr="006B437F" w:rsidRDefault="00000000" w:rsidP="00D34EA3">
            <w:pPr>
              <w:jc w:val="center"/>
            </w:pPr>
            <w:r w:rsidRPr="006B437F">
              <w:rPr>
                <w:b/>
                <w:color w:val="002060"/>
                <w:sz w:val="16"/>
              </w:rPr>
              <w:t>Follow-up / Group B</w:t>
            </w:r>
          </w:p>
        </w:tc>
        <w:tc>
          <w:tcPr>
            <w:tcW w:w="1374" w:type="pct"/>
            <w:shd w:val="clear" w:color="auto" w:fill="E2ECFE"/>
          </w:tcPr>
          <w:p w14:paraId="26DA3108" w14:textId="77777777" w:rsidR="00946D2F" w:rsidRPr="006B437F" w:rsidRDefault="00000000" w:rsidP="00D34EA3">
            <w:pPr>
              <w:jc w:val="center"/>
            </w:pPr>
            <w:r w:rsidRPr="006B437F">
              <w:rPr>
                <w:b/>
                <w:color w:val="002060"/>
                <w:sz w:val="16"/>
              </w:rPr>
              <w:t>Change / effect</w:t>
            </w:r>
          </w:p>
        </w:tc>
      </w:tr>
      <w:tr w:rsidR="00946D2F" w:rsidRPr="006B437F" w14:paraId="59AE462B" w14:textId="77777777" w:rsidTr="00EF59E6">
        <w:tc>
          <w:tcPr>
            <w:tcW w:w="1718" w:type="pct"/>
          </w:tcPr>
          <w:p w14:paraId="2B41694B" w14:textId="77777777" w:rsidR="00946D2F" w:rsidRPr="006B437F" w:rsidRDefault="00000000" w:rsidP="00D34EA3">
            <w:r w:rsidRPr="006B437F">
              <w:rPr>
                <w:color w:val="121214"/>
                <w:sz w:val="16"/>
              </w:rPr>
              <w:t>Primary outcome 1</w:t>
            </w:r>
          </w:p>
        </w:tc>
        <w:tc>
          <w:tcPr>
            <w:tcW w:w="954" w:type="pct"/>
          </w:tcPr>
          <w:p w14:paraId="07712F93" w14:textId="77777777" w:rsidR="00946D2F" w:rsidRPr="006B437F" w:rsidRDefault="00000000" w:rsidP="00D34EA3">
            <w:pPr>
              <w:jc w:val="center"/>
            </w:pPr>
            <w:r w:rsidRPr="006B437F">
              <w:rPr>
                <w:color w:val="121214"/>
                <w:sz w:val="16"/>
              </w:rPr>
              <w:t>[value]</w:t>
            </w:r>
          </w:p>
        </w:tc>
        <w:tc>
          <w:tcPr>
            <w:tcW w:w="954" w:type="pct"/>
          </w:tcPr>
          <w:p w14:paraId="1C3ADF44" w14:textId="77777777" w:rsidR="00946D2F" w:rsidRPr="006B437F" w:rsidRDefault="00000000" w:rsidP="00D34EA3">
            <w:pPr>
              <w:jc w:val="center"/>
            </w:pPr>
            <w:r w:rsidRPr="006B437F">
              <w:rPr>
                <w:color w:val="121214"/>
                <w:sz w:val="16"/>
              </w:rPr>
              <w:t>[value]</w:t>
            </w:r>
          </w:p>
        </w:tc>
        <w:tc>
          <w:tcPr>
            <w:tcW w:w="1374" w:type="pct"/>
          </w:tcPr>
          <w:p w14:paraId="1993E469" w14:textId="77777777" w:rsidR="00946D2F" w:rsidRPr="006B437F" w:rsidRDefault="00000000" w:rsidP="00D34EA3">
            <w:pPr>
              <w:jc w:val="center"/>
            </w:pPr>
            <w:r w:rsidRPr="006B437F">
              <w:rPr>
                <w:color w:val="121214"/>
                <w:sz w:val="16"/>
              </w:rPr>
              <w:t>[effect / difference / CI / p-value]</w:t>
            </w:r>
          </w:p>
        </w:tc>
      </w:tr>
      <w:tr w:rsidR="00946D2F" w:rsidRPr="006B437F" w14:paraId="50003606" w14:textId="77777777" w:rsidTr="00EF59E6">
        <w:tc>
          <w:tcPr>
            <w:tcW w:w="1718" w:type="pct"/>
          </w:tcPr>
          <w:p w14:paraId="0DC6B80A" w14:textId="77777777" w:rsidR="00946D2F" w:rsidRPr="006B437F" w:rsidRDefault="00000000" w:rsidP="00D34EA3">
            <w:r w:rsidRPr="006B437F">
              <w:rPr>
                <w:color w:val="121214"/>
                <w:sz w:val="16"/>
              </w:rPr>
              <w:t>Primary outcome 2</w:t>
            </w:r>
          </w:p>
        </w:tc>
        <w:tc>
          <w:tcPr>
            <w:tcW w:w="954" w:type="pct"/>
          </w:tcPr>
          <w:p w14:paraId="1B8F1800" w14:textId="77777777" w:rsidR="00946D2F" w:rsidRPr="006B437F" w:rsidRDefault="00000000" w:rsidP="00D34EA3">
            <w:pPr>
              <w:jc w:val="center"/>
            </w:pPr>
            <w:r w:rsidRPr="006B437F">
              <w:rPr>
                <w:color w:val="121214"/>
                <w:sz w:val="16"/>
              </w:rPr>
              <w:t>[value]</w:t>
            </w:r>
          </w:p>
        </w:tc>
        <w:tc>
          <w:tcPr>
            <w:tcW w:w="954" w:type="pct"/>
          </w:tcPr>
          <w:p w14:paraId="5B986C99" w14:textId="77777777" w:rsidR="00946D2F" w:rsidRPr="006B437F" w:rsidRDefault="00000000" w:rsidP="00D34EA3">
            <w:pPr>
              <w:jc w:val="center"/>
            </w:pPr>
            <w:r w:rsidRPr="006B437F">
              <w:rPr>
                <w:color w:val="121214"/>
                <w:sz w:val="16"/>
              </w:rPr>
              <w:t>[value]</w:t>
            </w:r>
          </w:p>
        </w:tc>
        <w:tc>
          <w:tcPr>
            <w:tcW w:w="1374" w:type="pct"/>
          </w:tcPr>
          <w:p w14:paraId="018B170E" w14:textId="77777777" w:rsidR="00946D2F" w:rsidRPr="006B437F" w:rsidRDefault="00000000" w:rsidP="00D34EA3">
            <w:pPr>
              <w:jc w:val="center"/>
            </w:pPr>
            <w:r w:rsidRPr="006B437F">
              <w:rPr>
                <w:color w:val="121214"/>
                <w:sz w:val="16"/>
              </w:rPr>
              <w:t>[effect / difference / CI / p-value]</w:t>
            </w:r>
          </w:p>
        </w:tc>
      </w:tr>
      <w:tr w:rsidR="00946D2F" w:rsidRPr="006B437F" w14:paraId="0C22B549" w14:textId="77777777" w:rsidTr="00EF59E6">
        <w:tc>
          <w:tcPr>
            <w:tcW w:w="1718" w:type="pct"/>
          </w:tcPr>
          <w:p w14:paraId="33255807" w14:textId="77777777" w:rsidR="00946D2F" w:rsidRPr="006B437F" w:rsidRDefault="00000000" w:rsidP="00D34EA3">
            <w:r w:rsidRPr="006B437F">
              <w:rPr>
                <w:color w:val="121214"/>
                <w:sz w:val="16"/>
              </w:rPr>
              <w:t>Primary outcome 3</w:t>
            </w:r>
          </w:p>
        </w:tc>
        <w:tc>
          <w:tcPr>
            <w:tcW w:w="954" w:type="pct"/>
          </w:tcPr>
          <w:p w14:paraId="3AAECD4D" w14:textId="77777777" w:rsidR="00946D2F" w:rsidRPr="006B437F" w:rsidRDefault="00000000" w:rsidP="00D34EA3">
            <w:pPr>
              <w:jc w:val="center"/>
            </w:pPr>
            <w:r w:rsidRPr="006B437F">
              <w:rPr>
                <w:color w:val="121214"/>
                <w:sz w:val="16"/>
              </w:rPr>
              <w:t>[value]</w:t>
            </w:r>
          </w:p>
        </w:tc>
        <w:tc>
          <w:tcPr>
            <w:tcW w:w="954" w:type="pct"/>
          </w:tcPr>
          <w:p w14:paraId="5F06C4C2" w14:textId="77777777" w:rsidR="00946D2F" w:rsidRPr="006B437F" w:rsidRDefault="00000000" w:rsidP="00D34EA3">
            <w:pPr>
              <w:jc w:val="center"/>
            </w:pPr>
            <w:r w:rsidRPr="006B437F">
              <w:rPr>
                <w:color w:val="121214"/>
                <w:sz w:val="16"/>
              </w:rPr>
              <w:t>[value]</w:t>
            </w:r>
          </w:p>
        </w:tc>
        <w:tc>
          <w:tcPr>
            <w:tcW w:w="1374" w:type="pct"/>
          </w:tcPr>
          <w:p w14:paraId="21B732C0" w14:textId="77777777" w:rsidR="00946D2F" w:rsidRPr="006B437F" w:rsidRDefault="00000000" w:rsidP="00D34EA3">
            <w:pPr>
              <w:jc w:val="center"/>
            </w:pPr>
            <w:r w:rsidRPr="006B437F">
              <w:rPr>
                <w:color w:val="121214"/>
                <w:sz w:val="16"/>
              </w:rPr>
              <w:t>[effect / difference / CI / p-value]</w:t>
            </w:r>
          </w:p>
        </w:tc>
      </w:tr>
      <w:tr w:rsidR="00946D2F" w:rsidRPr="006B437F" w14:paraId="5CFCA627" w14:textId="77777777" w:rsidTr="00EF59E6">
        <w:tc>
          <w:tcPr>
            <w:tcW w:w="1718" w:type="pct"/>
          </w:tcPr>
          <w:p w14:paraId="2A917A94" w14:textId="77777777" w:rsidR="00946D2F" w:rsidRPr="006B437F" w:rsidRDefault="00000000" w:rsidP="00D34EA3">
            <w:r w:rsidRPr="006B437F">
              <w:rPr>
                <w:color w:val="121214"/>
                <w:sz w:val="16"/>
              </w:rPr>
              <w:t>Primary outcome 4</w:t>
            </w:r>
          </w:p>
        </w:tc>
        <w:tc>
          <w:tcPr>
            <w:tcW w:w="954" w:type="pct"/>
          </w:tcPr>
          <w:p w14:paraId="2A183710" w14:textId="77777777" w:rsidR="00946D2F" w:rsidRPr="006B437F" w:rsidRDefault="00000000" w:rsidP="00D34EA3">
            <w:pPr>
              <w:jc w:val="center"/>
            </w:pPr>
            <w:r w:rsidRPr="006B437F">
              <w:rPr>
                <w:color w:val="121214"/>
                <w:sz w:val="16"/>
              </w:rPr>
              <w:t>[value]</w:t>
            </w:r>
          </w:p>
        </w:tc>
        <w:tc>
          <w:tcPr>
            <w:tcW w:w="954" w:type="pct"/>
          </w:tcPr>
          <w:p w14:paraId="7E053C99" w14:textId="77777777" w:rsidR="00946D2F" w:rsidRPr="006B437F" w:rsidRDefault="00000000" w:rsidP="00D34EA3">
            <w:pPr>
              <w:jc w:val="center"/>
            </w:pPr>
            <w:r w:rsidRPr="006B437F">
              <w:rPr>
                <w:color w:val="121214"/>
                <w:sz w:val="16"/>
              </w:rPr>
              <w:t>[value]</w:t>
            </w:r>
          </w:p>
        </w:tc>
        <w:tc>
          <w:tcPr>
            <w:tcW w:w="1374" w:type="pct"/>
          </w:tcPr>
          <w:p w14:paraId="29F2A6FB" w14:textId="77777777" w:rsidR="00946D2F" w:rsidRPr="006B437F" w:rsidRDefault="00000000" w:rsidP="00D34EA3">
            <w:pPr>
              <w:jc w:val="center"/>
            </w:pPr>
            <w:r w:rsidRPr="006B437F">
              <w:rPr>
                <w:color w:val="121214"/>
                <w:sz w:val="16"/>
              </w:rPr>
              <w:t>[effect / difference / CI / p-value]</w:t>
            </w:r>
          </w:p>
        </w:tc>
      </w:tr>
      <w:tr w:rsidR="00946D2F" w:rsidRPr="006B437F" w14:paraId="7F8F162D" w14:textId="77777777" w:rsidTr="00EF59E6">
        <w:tc>
          <w:tcPr>
            <w:tcW w:w="1718" w:type="pct"/>
          </w:tcPr>
          <w:p w14:paraId="637EFE22" w14:textId="77777777" w:rsidR="00946D2F" w:rsidRPr="006B437F" w:rsidRDefault="00000000" w:rsidP="00D34EA3">
            <w:r w:rsidRPr="006B437F">
              <w:rPr>
                <w:color w:val="121214"/>
                <w:sz w:val="16"/>
              </w:rPr>
              <w:t>Primary outcome 5</w:t>
            </w:r>
          </w:p>
        </w:tc>
        <w:tc>
          <w:tcPr>
            <w:tcW w:w="954" w:type="pct"/>
          </w:tcPr>
          <w:p w14:paraId="19E841A2" w14:textId="77777777" w:rsidR="00946D2F" w:rsidRPr="006B437F" w:rsidRDefault="00000000" w:rsidP="00D34EA3">
            <w:pPr>
              <w:jc w:val="center"/>
            </w:pPr>
            <w:r w:rsidRPr="006B437F">
              <w:rPr>
                <w:color w:val="121214"/>
                <w:sz w:val="16"/>
              </w:rPr>
              <w:t>[value]</w:t>
            </w:r>
          </w:p>
        </w:tc>
        <w:tc>
          <w:tcPr>
            <w:tcW w:w="954" w:type="pct"/>
          </w:tcPr>
          <w:p w14:paraId="7E2AB12D" w14:textId="77777777" w:rsidR="00946D2F" w:rsidRPr="006B437F" w:rsidRDefault="00000000" w:rsidP="00D34EA3">
            <w:pPr>
              <w:jc w:val="center"/>
            </w:pPr>
            <w:r w:rsidRPr="006B437F">
              <w:rPr>
                <w:color w:val="121214"/>
                <w:sz w:val="16"/>
              </w:rPr>
              <w:t>[value]</w:t>
            </w:r>
          </w:p>
        </w:tc>
        <w:tc>
          <w:tcPr>
            <w:tcW w:w="1374" w:type="pct"/>
          </w:tcPr>
          <w:p w14:paraId="46DBF692" w14:textId="77777777" w:rsidR="00946D2F" w:rsidRPr="006B437F" w:rsidRDefault="00000000" w:rsidP="00D34EA3">
            <w:r w:rsidRPr="006B437F">
              <w:rPr>
                <w:color w:val="121214"/>
                <w:sz w:val="16"/>
              </w:rPr>
              <w:t>[effect / difference / CI / p-value]</w:t>
            </w:r>
          </w:p>
        </w:tc>
      </w:tr>
      <w:tr w:rsidR="00946D2F" w:rsidRPr="006B437F" w14:paraId="6D407114" w14:textId="77777777" w:rsidTr="00EF59E6">
        <w:tc>
          <w:tcPr>
            <w:tcW w:w="1718" w:type="pct"/>
          </w:tcPr>
          <w:p w14:paraId="2F52C611" w14:textId="77777777" w:rsidR="00946D2F" w:rsidRPr="006B437F" w:rsidRDefault="00000000" w:rsidP="00D34EA3">
            <w:r w:rsidRPr="006B437F">
              <w:rPr>
                <w:color w:val="121214"/>
                <w:sz w:val="16"/>
              </w:rPr>
              <w:t>Primary outcome 6</w:t>
            </w:r>
          </w:p>
        </w:tc>
        <w:tc>
          <w:tcPr>
            <w:tcW w:w="954" w:type="pct"/>
          </w:tcPr>
          <w:p w14:paraId="15854E9F" w14:textId="77777777" w:rsidR="00946D2F" w:rsidRPr="006B437F" w:rsidRDefault="00000000" w:rsidP="00D34EA3">
            <w:pPr>
              <w:jc w:val="center"/>
            </w:pPr>
            <w:r w:rsidRPr="006B437F">
              <w:rPr>
                <w:color w:val="121214"/>
                <w:sz w:val="16"/>
              </w:rPr>
              <w:t>[value]</w:t>
            </w:r>
          </w:p>
        </w:tc>
        <w:tc>
          <w:tcPr>
            <w:tcW w:w="954" w:type="pct"/>
          </w:tcPr>
          <w:p w14:paraId="3625F870" w14:textId="77777777" w:rsidR="00946D2F" w:rsidRPr="006B437F" w:rsidRDefault="00000000" w:rsidP="00D34EA3">
            <w:pPr>
              <w:jc w:val="center"/>
            </w:pPr>
            <w:r w:rsidRPr="006B437F">
              <w:rPr>
                <w:color w:val="121214"/>
                <w:sz w:val="16"/>
              </w:rPr>
              <w:t>[value]</w:t>
            </w:r>
          </w:p>
        </w:tc>
        <w:tc>
          <w:tcPr>
            <w:tcW w:w="1374" w:type="pct"/>
          </w:tcPr>
          <w:p w14:paraId="69B8AFE2" w14:textId="77777777" w:rsidR="00946D2F" w:rsidRPr="006B437F" w:rsidRDefault="00000000" w:rsidP="00D34EA3">
            <w:pPr>
              <w:jc w:val="center"/>
            </w:pPr>
            <w:r w:rsidRPr="006B437F">
              <w:rPr>
                <w:color w:val="121214"/>
                <w:sz w:val="16"/>
              </w:rPr>
              <w:t>[effect / difference / CI / p-value]</w:t>
            </w:r>
          </w:p>
        </w:tc>
      </w:tr>
      <w:tr w:rsidR="00946D2F" w:rsidRPr="006B437F" w14:paraId="505D6971" w14:textId="77777777" w:rsidTr="00EF59E6">
        <w:tc>
          <w:tcPr>
            <w:tcW w:w="1718" w:type="pct"/>
          </w:tcPr>
          <w:p w14:paraId="5C3EEF65" w14:textId="77777777" w:rsidR="00946D2F" w:rsidRPr="006B437F" w:rsidRDefault="00000000" w:rsidP="00D34EA3">
            <w:r w:rsidRPr="006B437F">
              <w:rPr>
                <w:color w:val="121214"/>
                <w:sz w:val="16"/>
              </w:rPr>
              <w:t>Primary outcome 7</w:t>
            </w:r>
          </w:p>
        </w:tc>
        <w:tc>
          <w:tcPr>
            <w:tcW w:w="954" w:type="pct"/>
          </w:tcPr>
          <w:p w14:paraId="7572DB84" w14:textId="77777777" w:rsidR="00946D2F" w:rsidRPr="006B437F" w:rsidRDefault="00000000" w:rsidP="00D34EA3">
            <w:pPr>
              <w:jc w:val="center"/>
            </w:pPr>
            <w:r w:rsidRPr="006B437F">
              <w:rPr>
                <w:color w:val="121214"/>
                <w:sz w:val="16"/>
              </w:rPr>
              <w:t>[value]</w:t>
            </w:r>
          </w:p>
        </w:tc>
        <w:tc>
          <w:tcPr>
            <w:tcW w:w="954" w:type="pct"/>
          </w:tcPr>
          <w:p w14:paraId="525C5163" w14:textId="77777777" w:rsidR="00946D2F" w:rsidRPr="006B437F" w:rsidRDefault="00000000" w:rsidP="00D34EA3">
            <w:pPr>
              <w:jc w:val="center"/>
            </w:pPr>
            <w:r w:rsidRPr="006B437F">
              <w:rPr>
                <w:color w:val="121214"/>
                <w:sz w:val="16"/>
              </w:rPr>
              <w:t>[value]</w:t>
            </w:r>
          </w:p>
        </w:tc>
        <w:tc>
          <w:tcPr>
            <w:tcW w:w="1374" w:type="pct"/>
          </w:tcPr>
          <w:p w14:paraId="3AAB1550" w14:textId="77777777" w:rsidR="00946D2F" w:rsidRPr="006B437F" w:rsidRDefault="00000000" w:rsidP="00D34EA3">
            <w:pPr>
              <w:jc w:val="center"/>
            </w:pPr>
            <w:r w:rsidRPr="006B437F">
              <w:rPr>
                <w:color w:val="121214"/>
                <w:sz w:val="16"/>
              </w:rPr>
              <w:t>[effect / difference / CI / p-value]</w:t>
            </w:r>
          </w:p>
        </w:tc>
      </w:tr>
    </w:tbl>
    <w:p w14:paraId="2AA2E38D" w14:textId="77777777" w:rsidR="00946D2F" w:rsidRPr="006B437F" w:rsidRDefault="00000000" w:rsidP="00D34EA3">
      <w:pPr>
        <w:spacing w:after="100" w:line="240" w:lineRule="auto"/>
        <w:jc w:val="both"/>
      </w:pPr>
      <w:r w:rsidRPr="006B437F">
        <w:rPr>
          <w:i/>
          <w:color w:val="545860"/>
          <w:sz w:val="17"/>
        </w:rPr>
        <w:t>Note.</w:t>
      </w:r>
      <w:r w:rsidRPr="006B437F">
        <w:rPr>
          <w:color w:val="545860"/>
          <w:sz w:val="17"/>
        </w:rPr>
        <w:t xml:space="preserve"> Provide the data source, calculation basis, significance notation, abbreviations, or other information needed to interpret the table.</w:t>
      </w:r>
    </w:p>
    <w:p w14:paraId="46006759" w14:textId="77777777" w:rsidR="00946D2F" w:rsidRPr="006B437F" w:rsidRDefault="00000000" w:rsidP="00D34EA3">
      <w:pPr>
        <w:keepNext/>
        <w:spacing w:after="40" w:line="240" w:lineRule="auto"/>
        <w:jc w:val="center"/>
      </w:pPr>
      <w:r w:rsidRPr="006B437F">
        <w:rPr>
          <w:noProof/>
        </w:rPr>
        <w:drawing>
          <wp:inline distT="0" distB="0" distL="0" distR="0" wp14:anchorId="65EAEE11" wp14:editId="00BBF1E6">
            <wp:extent cx="5806440" cy="2188603"/>
            <wp:effectExtent l="0" t="0" r="0" b="0"/>
            <wp:docPr id="1639252481" name="Picture 163925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age_structure.png"/>
                    <pic:cNvPicPr/>
                  </pic:nvPicPr>
                  <pic:blipFill>
                    <a:blip r:embed="rId16"/>
                    <a:stretch>
                      <a:fillRect/>
                    </a:stretch>
                  </pic:blipFill>
                  <pic:spPr>
                    <a:xfrm>
                      <a:off x="0" y="0"/>
                      <a:ext cx="5806440" cy="2188603"/>
                    </a:xfrm>
                    <a:prstGeom prst="rect">
                      <a:avLst/>
                    </a:prstGeom>
                  </pic:spPr>
                </pic:pic>
              </a:graphicData>
            </a:graphic>
          </wp:inline>
        </w:drawing>
      </w:r>
    </w:p>
    <w:p w14:paraId="188993FB" w14:textId="77777777" w:rsidR="00946D2F" w:rsidRPr="006B437F" w:rsidRDefault="00000000" w:rsidP="00EF59E6">
      <w:pPr>
        <w:keepNext/>
        <w:spacing w:after="80" w:line="240" w:lineRule="auto"/>
        <w:jc w:val="center"/>
      </w:pPr>
      <w:r w:rsidRPr="00B71560">
        <w:rPr>
          <w:b/>
          <w:color w:val="002060"/>
          <w:sz w:val="18"/>
        </w:rPr>
        <w:t xml:space="preserve">Figure </w:t>
      </w:r>
      <w:bookmarkStart w:id="4" w:name="Figure_2"/>
      <w:r w:rsidRPr="00B71560">
        <w:rPr>
          <w:b/>
          <w:color w:val="002060"/>
          <w:sz w:val="18"/>
        </w:rPr>
        <w:t>2</w:t>
      </w:r>
      <w:bookmarkEnd w:id="4"/>
      <w:r w:rsidRPr="00B71560">
        <w:rPr>
          <w:b/>
          <w:color w:val="002060"/>
          <w:sz w:val="18"/>
        </w:rPr>
        <w:t xml:space="preserve">. </w:t>
      </w:r>
      <w:r w:rsidRPr="006B437F">
        <w:rPr>
          <w:color w:val="121214"/>
          <w:sz w:val="18"/>
        </w:rPr>
        <w:t>Visual presentation of the primary result.</w:t>
      </w:r>
    </w:p>
    <w:p w14:paraId="70FEC512" w14:textId="77777777" w:rsidR="00946D2F" w:rsidRPr="006B437F" w:rsidRDefault="00000000" w:rsidP="00D34EA3">
      <w:pPr>
        <w:spacing w:after="100" w:line="240" w:lineRule="auto"/>
        <w:jc w:val="both"/>
      </w:pPr>
      <w:r w:rsidRPr="006B437F">
        <w:rPr>
          <w:i/>
          <w:color w:val="545860"/>
          <w:sz w:val="17"/>
        </w:rPr>
        <w:t>Note.</w:t>
      </w:r>
      <w:r w:rsidRPr="006B437F">
        <w:rPr>
          <w:color w:val="545860"/>
          <w:sz w:val="17"/>
        </w:rPr>
        <w:t xml:space="preserve"> Explain symbols, abbreviations, sample sizes, error bars, scales, or data sources required to interpret the figure.</w:t>
      </w:r>
    </w:p>
    <w:p w14:paraId="78DB28EA" w14:textId="77777777" w:rsidR="00046E2C" w:rsidRPr="006B437F" w:rsidRDefault="00046E2C" w:rsidP="00EF59E6">
      <w:pPr>
        <w:spacing w:after="80" w:line="240" w:lineRule="auto"/>
        <w:ind w:firstLine="426"/>
        <w:jc w:val="both"/>
        <w:rPr>
          <w:color w:val="121214"/>
          <w:sz w:val="19"/>
          <w:szCs w:val="19"/>
        </w:rPr>
      </w:pPr>
    </w:p>
    <w:p w14:paraId="0ABD9013"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 table or figure, and avoid interpretation that belongs in the.</w:t>
      </w:r>
    </w:p>
    <w:p w14:paraId="254CCE25" w14:textId="77777777" w:rsidR="00946D2F" w:rsidRPr="006B437F" w:rsidRDefault="00000000" w:rsidP="00D34EA3">
      <w:pPr>
        <w:keepNext/>
        <w:spacing w:before="80" w:after="60" w:line="240" w:lineRule="auto"/>
        <w:rPr>
          <w:i/>
          <w:iCs/>
          <w:sz w:val="21"/>
          <w:szCs w:val="21"/>
        </w:rPr>
      </w:pPr>
      <w:r w:rsidRPr="006B437F">
        <w:rPr>
          <w:i/>
          <w:iCs/>
          <w:color w:val="002060"/>
          <w:sz w:val="21"/>
          <w:szCs w:val="21"/>
        </w:rPr>
        <w:t>4.1.2. [Secondary result theme]</w:t>
      </w:r>
    </w:p>
    <w:p w14:paraId="0E8D1F7C"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 table or figure, and avoid interpretation that belongs in the discussion Replace this </w:t>
      </w:r>
      <w:proofErr w:type="spellStart"/>
      <w:r w:rsidRPr="006B437F">
        <w:rPr>
          <w:color w:val="121214"/>
          <w:sz w:val="19"/>
          <w:szCs w:val="19"/>
        </w:rPr>
        <w:t>sample</w:t>
      </w:r>
      <w:r w:rsidRPr="006B437F">
        <w:t>Table</w:t>
      </w:r>
      <w:proofErr w:type="spellEnd"/>
      <w:r w:rsidRPr="006B437F">
        <w:t xml:space="preserve"> </w:t>
      </w:r>
      <w:hyperlink w:anchor="Table_4" w:history="1">
        <w:r w:rsidR="00946D2F" w:rsidRPr="006B437F">
          <w:rPr>
            <w:color w:val="0563C1"/>
          </w:rPr>
          <w:t>4</w:t>
        </w:r>
      </w:hyperlink>
      <w:r w:rsidRPr="006B437F">
        <w:t xml:space="preserve"> reports the corresponding values, while Figure </w:t>
      </w:r>
      <w:hyperlink w:anchor="Figure_3" w:history="1">
        <w:r w:rsidR="00946D2F" w:rsidRPr="006B437F">
          <w:rPr>
            <w:color w:val="0563C1"/>
          </w:rPr>
          <w:t>3</w:t>
        </w:r>
      </w:hyperlink>
      <w:r w:rsidRPr="006B437F">
        <w:t xml:space="preserve"> provides the visual presentation of the result.</w:t>
      </w:r>
    </w:p>
    <w:p w14:paraId="56FD9ACF" w14:textId="77777777" w:rsidR="00946D2F" w:rsidRPr="006B437F" w:rsidRDefault="00000000" w:rsidP="00EF59E6">
      <w:pPr>
        <w:keepNext/>
        <w:spacing w:after="80" w:line="240" w:lineRule="auto"/>
        <w:jc w:val="center"/>
      </w:pPr>
      <w:r w:rsidRPr="00B71560">
        <w:rPr>
          <w:b/>
          <w:color w:val="002060"/>
          <w:sz w:val="18"/>
        </w:rPr>
        <w:lastRenderedPageBreak/>
        <w:t xml:space="preserve">Table </w:t>
      </w:r>
      <w:bookmarkStart w:id="5" w:name="Table_4"/>
      <w:r w:rsidRPr="00B71560">
        <w:rPr>
          <w:b/>
          <w:color w:val="002060"/>
          <w:sz w:val="18"/>
        </w:rPr>
        <w:t>4</w:t>
      </w:r>
      <w:bookmarkEnd w:id="5"/>
      <w:r w:rsidRPr="00B71560">
        <w:rPr>
          <w:b/>
          <w:color w:val="002060"/>
          <w:sz w:val="18"/>
        </w:rPr>
        <w:t xml:space="preserve">. </w:t>
      </w:r>
      <w:r w:rsidRPr="006B437F">
        <w:rPr>
          <w:color w:val="121214"/>
          <w:sz w:val="18"/>
        </w:rPr>
        <w:t>Secondary, comparative, subgroup, scenario, or robustness results.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884"/>
        <w:gridCol w:w="1958"/>
        <w:gridCol w:w="1959"/>
        <w:gridCol w:w="1292"/>
        <w:gridCol w:w="997"/>
        <w:gridCol w:w="1378"/>
      </w:tblGrid>
      <w:tr w:rsidR="00946D2F" w:rsidRPr="006B437F" w14:paraId="4448C5B6" w14:textId="77777777" w:rsidTr="00EF59E6">
        <w:trPr>
          <w:tblHeader/>
        </w:trPr>
        <w:tc>
          <w:tcPr>
            <w:tcW w:w="1016" w:type="pct"/>
            <w:shd w:val="clear" w:color="auto" w:fill="E2ECFE"/>
          </w:tcPr>
          <w:p w14:paraId="5A28CAF8" w14:textId="77777777" w:rsidR="00946D2F" w:rsidRPr="006B437F" w:rsidRDefault="00000000" w:rsidP="00D34EA3">
            <w:pPr>
              <w:jc w:val="center"/>
            </w:pPr>
            <w:r w:rsidRPr="006B437F">
              <w:rPr>
                <w:b/>
                <w:color w:val="002060"/>
                <w:sz w:val="16"/>
              </w:rPr>
              <w:t>Analysis / condition</w:t>
            </w:r>
          </w:p>
        </w:tc>
        <w:tc>
          <w:tcPr>
            <w:tcW w:w="1055" w:type="pct"/>
            <w:shd w:val="clear" w:color="auto" w:fill="E2ECFE"/>
          </w:tcPr>
          <w:p w14:paraId="69FF68C7" w14:textId="77777777" w:rsidR="00946D2F" w:rsidRPr="006B437F" w:rsidRDefault="00000000" w:rsidP="00D34EA3">
            <w:pPr>
              <w:jc w:val="center"/>
            </w:pPr>
            <w:r w:rsidRPr="006B437F">
              <w:rPr>
                <w:b/>
                <w:color w:val="002060"/>
                <w:sz w:val="16"/>
              </w:rPr>
              <w:t>Metric 1</w:t>
            </w:r>
          </w:p>
        </w:tc>
        <w:tc>
          <w:tcPr>
            <w:tcW w:w="1055" w:type="pct"/>
            <w:shd w:val="clear" w:color="auto" w:fill="E2ECFE"/>
          </w:tcPr>
          <w:p w14:paraId="06638E96" w14:textId="77777777" w:rsidR="00946D2F" w:rsidRPr="006B437F" w:rsidRDefault="00000000" w:rsidP="00D34EA3">
            <w:pPr>
              <w:jc w:val="center"/>
            </w:pPr>
            <w:r w:rsidRPr="006B437F">
              <w:rPr>
                <w:b/>
                <w:color w:val="002060"/>
                <w:sz w:val="16"/>
              </w:rPr>
              <w:t>Metric 2</w:t>
            </w:r>
          </w:p>
        </w:tc>
        <w:tc>
          <w:tcPr>
            <w:tcW w:w="703" w:type="pct"/>
            <w:shd w:val="clear" w:color="auto" w:fill="E2ECFE"/>
          </w:tcPr>
          <w:p w14:paraId="3461C05F" w14:textId="77777777" w:rsidR="00946D2F" w:rsidRPr="006B437F" w:rsidRDefault="00000000" w:rsidP="00D34EA3">
            <w:pPr>
              <w:jc w:val="center"/>
            </w:pPr>
            <w:r w:rsidRPr="006B437F">
              <w:rPr>
                <w:b/>
                <w:color w:val="002060"/>
                <w:sz w:val="16"/>
              </w:rPr>
              <w:t>Metric 3</w:t>
            </w:r>
          </w:p>
        </w:tc>
        <w:tc>
          <w:tcPr>
            <w:tcW w:w="547" w:type="pct"/>
            <w:shd w:val="clear" w:color="auto" w:fill="E2ECFE"/>
          </w:tcPr>
          <w:p w14:paraId="251DD8FA" w14:textId="77777777" w:rsidR="00946D2F" w:rsidRPr="006B437F" w:rsidRDefault="00000000" w:rsidP="00D34EA3">
            <w:pPr>
              <w:jc w:val="center"/>
            </w:pPr>
            <w:r w:rsidRPr="006B437F">
              <w:rPr>
                <w:b/>
                <w:color w:val="002060"/>
                <w:sz w:val="16"/>
              </w:rPr>
              <w:t>Metric 4</w:t>
            </w:r>
          </w:p>
        </w:tc>
        <w:tc>
          <w:tcPr>
            <w:tcW w:w="625" w:type="pct"/>
            <w:shd w:val="clear" w:color="auto" w:fill="E2ECFE"/>
          </w:tcPr>
          <w:p w14:paraId="0519A7D8" w14:textId="77777777" w:rsidR="00946D2F" w:rsidRPr="006B437F" w:rsidRDefault="00000000" w:rsidP="00D34EA3">
            <w:pPr>
              <w:jc w:val="center"/>
            </w:pPr>
            <w:r w:rsidRPr="006B437F">
              <w:rPr>
                <w:b/>
                <w:color w:val="002060"/>
                <w:sz w:val="16"/>
              </w:rPr>
              <w:t>Interpretation</w:t>
            </w:r>
          </w:p>
        </w:tc>
      </w:tr>
      <w:tr w:rsidR="00946D2F" w:rsidRPr="006B437F" w14:paraId="6F634334" w14:textId="77777777" w:rsidTr="00EF59E6">
        <w:tc>
          <w:tcPr>
            <w:tcW w:w="1016" w:type="pct"/>
          </w:tcPr>
          <w:p w14:paraId="36D5B275" w14:textId="77777777" w:rsidR="00946D2F" w:rsidRPr="006B437F" w:rsidRDefault="00000000" w:rsidP="00D34EA3">
            <w:r w:rsidRPr="006B437F">
              <w:rPr>
                <w:color w:val="121214"/>
                <w:sz w:val="16"/>
              </w:rPr>
              <w:t>Condition 1</w:t>
            </w:r>
          </w:p>
        </w:tc>
        <w:tc>
          <w:tcPr>
            <w:tcW w:w="1055" w:type="pct"/>
          </w:tcPr>
          <w:p w14:paraId="3F2BF617" w14:textId="77777777" w:rsidR="00946D2F" w:rsidRPr="006B437F" w:rsidRDefault="00000000" w:rsidP="00D34EA3">
            <w:pPr>
              <w:jc w:val="center"/>
            </w:pPr>
            <w:r w:rsidRPr="006B437F">
              <w:rPr>
                <w:color w:val="121214"/>
                <w:sz w:val="16"/>
              </w:rPr>
              <w:t>[value]</w:t>
            </w:r>
          </w:p>
        </w:tc>
        <w:tc>
          <w:tcPr>
            <w:tcW w:w="1055" w:type="pct"/>
          </w:tcPr>
          <w:p w14:paraId="148CA40E" w14:textId="77777777" w:rsidR="00946D2F" w:rsidRPr="006B437F" w:rsidRDefault="00000000" w:rsidP="00D34EA3">
            <w:pPr>
              <w:jc w:val="center"/>
            </w:pPr>
            <w:r w:rsidRPr="006B437F">
              <w:rPr>
                <w:color w:val="121214"/>
                <w:sz w:val="16"/>
              </w:rPr>
              <w:t>[value]</w:t>
            </w:r>
          </w:p>
        </w:tc>
        <w:tc>
          <w:tcPr>
            <w:tcW w:w="703" w:type="pct"/>
          </w:tcPr>
          <w:p w14:paraId="727E5C70" w14:textId="77777777" w:rsidR="00946D2F" w:rsidRPr="006B437F" w:rsidRDefault="00000000" w:rsidP="00D34EA3">
            <w:pPr>
              <w:jc w:val="center"/>
            </w:pPr>
            <w:r w:rsidRPr="006B437F">
              <w:rPr>
                <w:color w:val="121214"/>
                <w:sz w:val="16"/>
              </w:rPr>
              <w:t>[value]</w:t>
            </w:r>
          </w:p>
        </w:tc>
        <w:tc>
          <w:tcPr>
            <w:tcW w:w="547" w:type="pct"/>
          </w:tcPr>
          <w:p w14:paraId="74AD2D18" w14:textId="77777777" w:rsidR="00946D2F" w:rsidRPr="006B437F" w:rsidRDefault="00000000" w:rsidP="00D34EA3">
            <w:pPr>
              <w:jc w:val="center"/>
            </w:pPr>
            <w:r w:rsidRPr="006B437F">
              <w:rPr>
                <w:color w:val="121214"/>
                <w:sz w:val="16"/>
              </w:rPr>
              <w:t>[value]</w:t>
            </w:r>
          </w:p>
        </w:tc>
        <w:tc>
          <w:tcPr>
            <w:tcW w:w="625" w:type="pct"/>
          </w:tcPr>
          <w:p w14:paraId="32A7EE07" w14:textId="77777777" w:rsidR="00946D2F" w:rsidRPr="006B437F" w:rsidRDefault="00000000" w:rsidP="00D34EA3">
            <w:pPr>
              <w:jc w:val="center"/>
            </w:pPr>
            <w:r w:rsidRPr="006B437F">
              <w:rPr>
                <w:color w:val="121214"/>
                <w:sz w:val="16"/>
              </w:rPr>
              <w:t>[brief interpretation]</w:t>
            </w:r>
          </w:p>
        </w:tc>
      </w:tr>
      <w:tr w:rsidR="00946D2F" w:rsidRPr="006B437F" w14:paraId="15D28F19" w14:textId="77777777" w:rsidTr="00EF59E6">
        <w:tc>
          <w:tcPr>
            <w:tcW w:w="1016" w:type="pct"/>
          </w:tcPr>
          <w:p w14:paraId="4E1618BA" w14:textId="77777777" w:rsidR="00946D2F" w:rsidRPr="006B437F" w:rsidRDefault="00000000" w:rsidP="00D34EA3">
            <w:r w:rsidRPr="006B437F">
              <w:rPr>
                <w:color w:val="121214"/>
                <w:sz w:val="16"/>
              </w:rPr>
              <w:t>Condition 2</w:t>
            </w:r>
          </w:p>
        </w:tc>
        <w:tc>
          <w:tcPr>
            <w:tcW w:w="1055" w:type="pct"/>
          </w:tcPr>
          <w:p w14:paraId="40BF74B5" w14:textId="77777777" w:rsidR="00946D2F" w:rsidRPr="006B437F" w:rsidRDefault="00000000" w:rsidP="00D34EA3">
            <w:pPr>
              <w:jc w:val="center"/>
            </w:pPr>
            <w:r w:rsidRPr="006B437F">
              <w:rPr>
                <w:color w:val="121214"/>
                <w:sz w:val="16"/>
              </w:rPr>
              <w:t>[value]</w:t>
            </w:r>
          </w:p>
        </w:tc>
        <w:tc>
          <w:tcPr>
            <w:tcW w:w="1055" w:type="pct"/>
          </w:tcPr>
          <w:p w14:paraId="0BED1521" w14:textId="77777777" w:rsidR="00946D2F" w:rsidRPr="006B437F" w:rsidRDefault="00000000" w:rsidP="00D34EA3">
            <w:pPr>
              <w:jc w:val="center"/>
            </w:pPr>
            <w:r w:rsidRPr="006B437F">
              <w:rPr>
                <w:color w:val="121214"/>
                <w:sz w:val="16"/>
              </w:rPr>
              <w:t>[value]</w:t>
            </w:r>
          </w:p>
        </w:tc>
        <w:tc>
          <w:tcPr>
            <w:tcW w:w="703" w:type="pct"/>
          </w:tcPr>
          <w:p w14:paraId="21505082" w14:textId="77777777" w:rsidR="00946D2F" w:rsidRPr="006B437F" w:rsidRDefault="00000000" w:rsidP="00D34EA3">
            <w:pPr>
              <w:jc w:val="center"/>
            </w:pPr>
            <w:r w:rsidRPr="006B437F">
              <w:rPr>
                <w:color w:val="121214"/>
                <w:sz w:val="16"/>
              </w:rPr>
              <w:t>[value]</w:t>
            </w:r>
          </w:p>
        </w:tc>
        <w:tc>
          <w:tcPr>
            <w:tcW w:w="547" w:type="pct"/>
          </w:tcPr>
          <w:p w14:paraId="212D4393" w14:textId="77777777" w:rsidR="00946D2F" w:rsidRPr="006B437F" w:rsidRDefault="00000000" w:rsidP="00D34EA3">
            <w:pPr>
              <w:jc w:val="center"/>
            </w:pPr>
            <w:r w:rsidRPr="006B437F">
              <w:rPr>
                <w:color w:val="121214"/>
                <w:sz w:val="16"/>
              </w:rPr>
              <w:t>[value]</w:t>
            </w:r>
          </w:p>
        </w:tc>
        <w:tc>
          <w:tcPr>
            <w:tcW w:w="625" w:type="pct"/>
          </w:tcPr>
          <w:p w14:paraId="608628A8" w14:textId="77777777" w:rsidR="00946D2F" w:rsidRPr="006B437F" w:rsidRDefault="00000000" w:rsidP="00D34EA3">
            <w:pPr>
              <w:jc w:val="center"/>
            </w:pPr>
            <w:r w:rsidRPr="006B437F">
              <w:rPr>
                <w:color w:val="121214"/>
                <w:sz w:val="16"/>
              </w:rPr>
              <w:t>[brief interpretation]</w:t>
            </w:r>
          </w:p>
        </w:tc>
      </w:tr>
      <w:tr w:rsidR="00946D2F" w:rsidRPr="006B437F" w14:paraId="296E35C4" w14:textId="77777777" w:rsidTr="00EF59E6">
        <w:tc>
          <w:tcPr>
            <w:tcW w:w="1016" w:type="pct"/>
          </w:tcPr>
          <w:p w14:paraId="49C8724C" w14:textId="77777777" w:rsidR="00946D2F" w:rsidRPr="006B437F" w:rsidRDefault="00000000" w:rsidP="00D34EA3">
            <w:r w:rsidRPr="006B437F">
              <w:rPr>
                <w:color w:val="121214"/>
                <w:sz w:val="16"/>
              </w:rPr>
              <w:t>Condition 3</w:t>
            </w:r>
          </w:p>
        </w:tc>
        <w:tc>
          <w:tcPr>
            <w:tcW w:w="1055" w:type="pct"/>
          </w:tcPr>
          <w:p w14:paraId="29D59AA3" w14:textId="77777777" w:rsidR="00946D2F" w:rsidRPr="006B437F" w:rsidRDefault="00000000" w:rsidP="00D34EA3">
            <w:pPr>
              <w:jc w:val="center"/>
            </w:pPr>
            <w:r w:rsidRPr="006B437F">
              <w:rPr>
                <w:color w:val="121214"/>
                <w:sz w:val="16"/>
              </w:rPr>
              <w:t>[value]</w:t>
            </w:r>
          </w:p>
        </w:tc>
        <w:tc>
          <w:tcPr>
            <w:tcW w:w="1055" w:type="pct"/>
          </w:tcPr>
          <w:p w14:paraId="029A2E91" w14:textId="77777777" w:rsidR="00946D2F" w:rsidRPr="006B437F" w:rsidRDefault="00000000" w:rsidP="00D34EA3">
            <w:pPr>
              <w:jc w:val="center"/>
            </w:pPr>
            <w:r w:rsidRPr="006B437F">
              <w:rPr>
                <w:color w:val="121214"/>
                <w:sz w:val="16"/>
              </w:rPr>
              <w:t>[value]</w:t>
            </w:r>
          </w:p>
        </w:tc>
        <w:tc>
          <w:tcPr>
            <w:tcW w:w="703" w:type="pct"/>
          </w:tcPr>
          <w:p w14:paraId="6FF931DC" w14:textId="77777777" w:rsidR="00946D2F" w:rsidRPr="006B437F" w:rsidRDefault="00000000" w:rsidP="00D34EA3">
            <w:pPr>
              <w:jc w:val="center"/>
            </w:pPr>
            <w:r w:rsidRPr="006B437F">
              <w:rPr>
                <w:color w:val="121214"/>
                <w:sz w:val="16"/>
              </w:rPr>
              <w:t>[value]</w:t>
            </w:r>
          </w:p>
        </w:tc>
        <w:tc>
          <w:tcPr>
            <w:tcW w:w="547" w:type="pct"/>
          </w:tcPr>
          <w:p w14:paraId="45FAC62D" w14:textId="77777777" w:rsidR="00946D2F" w:rsidRPr="006B437F" w:rsidRDefault="00000000" w:rsidP="00D34EA3">
            <w:pPr>
              <w:jc w:val="center"/>
            </w:pPr>
            <w:r w:rsidRPr="006B437F">
              <w:rPr>
                <w:color w:val="121214"/>
                <w:sz w:val="16"/>
              </w:rPr>
              <w:t>[value]</w:t>
            </w:r>
          </w:p>
        </w:tc>
        <w:tc>
          <w:tcPr>
            <w:tcW w:w="625" w:type="pct"/>
          </w:tcPr>
          <w:p w14:paraId="4091837D" w14:textId="77777777" w:rsidR="00946D2F" w:rsidRPr="006B437F" w:rsidRDefault="00000000" w:rsidP="00D34EA3">
            <w:pPr>
              <w:jc w:val="center"/>
            </w:pPr>
            <w:r w:rsidRPr="006B437F">
              <w:rPr>
                <w:color w:val="121214"/>
                <w:sz w:val="16"/>
              </w:rPr>
              <w:t>[brief interpretation]</w:t>
            </w:r>
          </w:p>
        </w:tc>
      </w:tr>
    </w:tbl>
    <w:p w14:paraId="04117480" w14:textId="77777777" w:rsidR="00946D2F" w:rsidRPr="006B437F" w:rsidRDefault="00000000" w:rsidP="00D34EA3">
      <w:pPr>
        <w:spacing w:after="100" w:line="240" w:lineRule="auto"/>
        <w:jc w:val="both"/>
      </w:pPr>
      <w:r w:rsidRPr="006B437F">
        <w:rPr>
          <w:i/>
          <w:color w:val="545860"/>
          <w:sz w:val="17"/>
        </w:rPr>
        <w:t>Note.</w:t>
      </w:r>
      <w:r w:rsidRPr="006B437F">
        <w:rPr>
          <w:color w:val="545860"/>
          <w:sz w:val="17"/>
        </w:rPr>
        <w:t xml:space="preserve"> Add the minimum information required for the table to be interpreted independently from the main text.</w:t>
      </w:r>
    </w:p>
    <w:p w14:paraId="2CAF133D" w14:textId="77777777" w:rsidR="00946D2F" w:rsidRPr="006B437F" w:rsidRDefault="00000000" w:rsidP="00D34EA3">
      <w:pPr>
        <w:keepNext/>
        <w:spacing w:after="40" w:line="240" w:lineRule="auto"/>
        <w:jc w:val="center"/>
      </w:pPr>
      <w:r w:rsidRPr="006B437F">
        <w:rPr>
          <w:noProof/>
        </w:rPr>
        <w:drawing>
          <wp:inline distT="0" distB="0" distL="0" distR="0" wp14:anchorId="453BB15D" wp14:editId="1E100817">
            <wp:extent cx="5715000" cy="2488549"/>
            <wp:effectExtent l="0" t="0" r="0" b="0"/>
            <wp:docPr id="1639252482" name="Picture 163925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scenario_spread.png"/>
                    <pic:cNvPicPr/>
                  </pic:nvPicPr>
                  <pic:blipFill>
                    <a:blip r:embed="rId17"/>
                    <a:stretch>
                      <a:fillRect/>
                    </a:stretch>
                  </pic:blipFill>
                  <pic:spPr>
                    <a:xfrm>
                      <a:off x="0" y="0"/>
                      <a:ext cx="5715000" cy="2488549"/>
                    </a:xfrm>
                    <a:prstGeom prst="rect">
                      <a:avLst/>
                    </a:prstGeom>
                  </pic:spPr>
                </pic:pic>
              </a:graphicData>
            </a:graphic>
          </wp:inline>
        </w:drawing>
      </w:r>
    </w:p>
    <w:p w14:paraId="5381E29A" w14:textId="77777777" w:rsidR="00946D2F" w:rsidRPr="006B437F" w:rsidRDefault="00000000" w:rsidP="00EF59E6">
      <w:pPr>
        <w:keepNext/>
        <w:spacing w:after="80" w:line="240" w:lineRule="auto"/>
        <w:jc w:val="center"/>
      </w:pPr>
      <w:r w:rsidRPr="00B71560">
        <w:rPr>
          <w:b/>
          <w:color w:val="002060"/>
          <w:sz w:val="18"/>
        </w:rPr>
        <w:t xml:space="preserve">Figure </w:t>
      </w:r>
      <w:bookmarkStart w:id="6" w:name="Figure_3"/>
      <w:r w:rsidRPr="00B71560">
        <w:rPr>
          <w:b/>
          <w:color w:val="002060"/>
          <w:sz w:val="18"/>
        </w:rPr>
        <w:t>3</w:t>
      </w:r>
      <w:bookmarkEnd w:id="6"/>
      <w:r w:rsidRPr="00B71560">
        <w:rPr>
          <w:b/>
          <w:color w:val="002060"/>
          <w:sz w:val="18"/>
        </w:rPr>
        <w:t xml:space="preserve">. </w:t>
      </w:r>
      <w:r w:rsidRPr="006B437F">
        <w:rPr>
          <w:color w:val="121214"/>
          <w:sz w:val="18"/>
        </w:rPr>
        <w:t>Visual presentation of the secondary or comparative result.</w:t>
      </w:r>
    </w:p>
    <w:p w14:paraId="38DF06D0" w14:textId="77777777" w:rsidR="00EF59E6" w:rsidRPr="006B437F" w:rsidRDefault="00EF59E6" w:rsidP="00D34EA3">
      <w:pPr>
        <w:spacing w:after="80" w:line="240" w:lineRule="auto"/>
        <w:jc w:val="both"/>
        <w:rPr>
          <w:color w:val="121214"/>
        </w:rPr>
      </w:pPr>
    </w:p>
    <w:p w14:paraId="5F151D5F" w14:textId="77777777" w:rsidR="00946D2F" w:rsidRPr="006B437F" w:rsidRDefault="00000000" w:rsidP="00EF59E6">
      <w:pPr>
        <w:spacing w:after="80" w:line="240" w:lineRule="auto"/>
        <w:ind w:firstLine="426"/>
        <w:jc w:val="both"/>
        <w:rPr>
          <w:sz w:val="19"/>
          <w:szCs w:val="19"/>
        </w:rPr>
      </w:pPr>
      <w:r w:rsidRPr="006B437F">
        <w:t>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w:t>
      </w:r>
    </w:p>
    <w:p w14:paraId="4814AE1D" w14:textId="77777777" w:rsidR="00946D2F" w:rsidRPr="006B437F" w:rsidRDefault="00000000" w:rsidP="00D34EA3">
      <w:pPr>
        <w:keepNext/>
        <w:spacing w:before="80" w:after="60" w:line="240" w:lineRule="auto"/>
      </w:pPr>
      <w:r w:rsidRPr="006B437F">
        <w:rPr>
          <w:color w:val="002060"/>
        </w:rPr>
        <w:t>4.1.3. [Validation / robustness result]</w:t>
      </w:r>
    </w:p>
    <w:p w14:paraId="5C6857E3"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w:t>
      </w:r>
      <w:r w:rsidRPr="006B437F">
        <w:t xml:space="preserve"> The validation or robustness results are summarized in Table </w:t>
      </w:r>
      <w:hyperlink w:anchor="Table_5" w:history="1">
        <w:r w:rsidR="00946D2F" w:rsidRPr="006B437F">
          <w:rPr>
            <w:color w:val="0563C1"/>
          </w:rPr>
          <w:t>5</w:t>
        </w:r>
      </w:hyperlink>
      <w:r w:rsidRPr="006B437F">
        <w:t>.</w:t>
      </w:r>
    </w:p>
    <w:p w14:paraId="2A009900" w14:textId="77777777" w:rsidR="00EF59E6" w:rsidRPr="006B437F" w:rsidRDefault="00EF59E6" w:rsidP="00EF59E6">
      <w:pPr>
        <w:keepNext/>
        <w:spacing w:after="80" w:line="240" w:lineRule="auto"/>
        <w:jc w:val="center"/>
        <w:rPr>
          <w:b/>
          <w:color w:val="121214"/>
          <w:sz w:val="18"/>
        </w:rPr>
      </w:pPr>
    </w:p>
    <w:p w14:paraId="73FA604D" w14:textId="77777777" w:rsidR="00946D2F" w:rsidRPr="006B437F" w:rsidRDefault="00000000" w:rsidP="00EF59E6">
      <w:pPr>
        <w:keepNext/>
        <w:spacing w:after="80" w:line="240" w:lineRule="auto"/>
        <w:jc w:val="center"/>
      </w:pPr>
      <w:r w:rsidRPr="00B71560">
        <w:rPr>
          <w:b/>
          <w:color w:val="002060"/>
          <w:sz w:val="18"/>
        </w:rPr>
        <w:t xml:space="preserve">Table </w:t>
      </w:r>
      <w:bookmarkStart w:id="7" w:name="Table_5"/>
      <w:r w:rsidRPr="00B71560">
        <w:rPr>
          <w:b/>
          <w:color w:val="002060"/>
          <w:sz w:val="18"/>
        </w:rPr>
        <w:t>5</w:t>
      </w:r>
      <w:bookmarkEnd w:id="7"/>
      <w:r w:rsidRPr="00B71560">
        <w:rPr>
          <w:b/>
          <w:color w:val="002060"/>
          <w:sz w:val="18"/>
        </w:rPr>
        <w:t xml:space="preserve">. </w:t>
      </w:r>
      <w:r w:rsidRPr="006B437F">
        <w:rPr>
          <w:color w:val="121214"/>
          <w:sz w:val="18"/>
        </w:rPr>
        <w:t>Validation, reliability, robustness, or supplementary analytical results.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57"/>
        <w:gridCol w:w="2331"/>
        <w:gridCol w:w="2403"/>
        <w:gridCol w:w="2477"/>
      </w:tblGrid>
      <w:tr w:rsidR="00946D2F" w:rsidRPr="006B437F" w14:paraId="353DC233" w14:textId="77777777" w:rsidTr="00EF59E6">
        <w:tc>
          <w:tcPr>
            <w:tcW w:w="1192" w:type="pct"/>
            <w:shd w:val="clear" w:color="auto" w:fill="E2ECFE"/>
          </w:tcPr>
          <w:p w14:paraId="674D58DD" w14:textId="77777777" w:rsidR="00946D2F" w:rsidRPr="006B437F" w:rsidRDefault="00000000" w:rsidP="00D34EA3">
            <w:pPr>
              <w:jc w:val="center"/>
            </w:pPr>
            <w:r w:rsidRPr="006B437F">
              <w:rPr>
                <w:b/>
                <w:color w:val="002060"/>
                <w:sz w:val="16"/>
              </w:rPr>
              <w:t>Validation metric</w:t>
            </w:r>
          </w:p>
        </w:tc>
        <w:tc>
          <w:tcPr>
            <w:tcW w:w="1231" w:type="pct"/>
            <w:shd w:val="clear" w:color="auto" w:fill="E2ECFE"/>
          </w:tcPr>
          <w:p w14:paraId="1D570FE5" w14:textId="77777777" w:rsidR="00946D2F" w:rsidRPr="006B437F" w:rsidRDefault="00000000" w:rsidP="00D34EA3">
            <w:pPr>
              <w:jc w:val="center"/>
            </w:pPr>
            <w:r w:rsidRPr="006B437F">
              <w:rPr>
                <w:b/>
                <w:color w:val="002060"/>
                <w:sz w:val="16"/>
              </w:rPr>
              <w:t>Model / estimate</w:t>
            </w:r>
          </w:p>
        </w:tc>
        <w:tc>
          <w:tcPr>
            <w:tcW w:w="1269" w:type="pct"/>
            <w:shd w:val="clear" w:color="auto" w:fill="E2ECFE"/>
          </w:tcPr>
          <w:p w14:paraId="30099677" w14:textId="77777777" w:rsidR="00946D2F" w:rsidRPr="006B437F" w:rsidRDefault="00000000" w:rsidP="00D34EA3">
            <w:pPr>
              <w:jc w:val="center"/>
            </w:pPr>
            <w:r w:rsidRPr="006B437F">
              <w:rPr>
                <w:b/>
                <w:color w:val="002060"/>
                <w:sz w:val="16"/>
              </w:rPr>
              <w:t>Observed / comparator</w:t>
            </w:r>
          </w:p>
        </w:tc>
        <w:tc>
          <w:tcPr>
            <w:tcW w:w="1308" w:type="pct"/>
            <w:shd w:val="clear" w:color="auto" w:fill="E2ECFE"/>
          </w:tcPr>
          <w:p w14:paraId="7ADE17A3" w14:textId="77777777" w:rsidR="00946D2F" w:rsidRPr="006B437F" w:rsidRDefault="00000000" w:rsidP="00D34EA3">
            <w:pPr>
              <w:jc w:val="center"/>
            </w:pPr>
            <w:r w:rsidRPr="006B437F">
              <w:rPr>
                <w:b/>
                <w:color w:val="002060"/>
                <w:sz w:val="16"/>
              </w:rPr>
              <w:t>Difference / error</w:t>
            </w:r>
          </w:p>
        </w:tc>
      </w:tr>
      <w:tr w:rsidR="00946D2F" w:rsidRPr="006B437F" w14:paraId="714F62D3" w14:textId="77777777" w:rsidTr="00EF59E6">
        <w:tc>
          <w:tcPr>
            <w:tcW w:w="1192" w:type="pct"/>
          </w:tcPr>
          <w:p w14:paraId="1D4FED48" w14:textId="77777777" w:rsidR="00946D2F" w:rsidRPr="006B437F" w:rsidRDefault="00000000" w:rsidP="00D34EA3">
            <w:r w:rsidRPr="006B437F">
              <w:rPr>
                <w:color w:val="121214"/>
                <w:sz w:val="16"/>
              </w:rPr>
              <w:t>Validation metric 1</w:t>
            </w:r>
          </w:p>
        </w:tc>
        <w:tc>
          <w:tcPr>
            <w:tcW w:w="1231" w:type="pct"/>
          </w:tcPr>
          <w:p w14:paraId="1E4E92F6" w14:textId="77777777" w:rsidR="00946D2F" w:rsidRPr="006B437F" w:rsidRDefault="00000000" w:rsidP="00D34EA3">
            <w:pPr>
              <w:jc w:val="center"/>
            </w:pPr>
            <w:r w:rsidRPr="006B437F">
              <w:rPr>
                <w:color w:val="121214"/>
                <w:sz w:val="16"/>
              </w:rPr>
              <w:t>[value]</w:t>
            </w:r>
          </w:p>
        </w:tc>
        <w:tc>
          <w:tcPr>
            <w:tcW w:w="1269" w:type="pct"/>
          </w:tcPr>
          <w:p w14:paraId="4768BCDC" w14:textId="77777777" w:rsidR="00946D2F" w:rsidRPr="006B437F" w:rsidRDefault="00000000" w:rsidP="00D34EA3">
            <w:pPr>
              <w:jc w:val="center"/>
            </w:pPr>
            <w:r w:rsidRPr="006B437F">
              <w:rPr>
                <w:color w:val="121214"/>
                <w:sz w:val="16"/>
              </w:rPr>
              <w:t>[value]</w:t>
            </w:r>
          </w:p>
        </w:tc>
        <w:tc>
          <w:tcPr>
            <w:tcW w:w="1308" w:type="pct"/>
          </w:tcPr>
          <w:p w14:paraId="1822276E" w14:textId="77777777" w:rsidR="00946D2F" w:rsidRPr="006B437F" w:rsidRDefault="00000000" w:rsidP="00D34EA3">
            <w:pPr>
              <w:jc w:val="center"/>
            </w:pPr>
            <w:r w:rsidRPr="006B437F">
              <w:rPr>
                <w:color w:val="121214"/>
                <w:sz w:val="16"/>
              </w:rPr>
              <w:t>[difference / error / agreement]</w:t>
            </w:r>
          </w:p>
        </w:tc>
      </w:tr>
      <w:tr w:rsidR="00946D2F" w:rsidRPr="006B437F" w14:paraId="25B2D49F" w14:textId="77777777" w:rsidTr="00EF59E6">
        <w:tc>
          <w:tcPr>
            <w:tcW w:w="1192" w:type="pct"/>
          </w:tcPr>
          <w:p w14:paraId="0D8F3DE1" w14:textId="77777777" w:rsidR="00946D2F" w:rsidRPr="006B437F" w:rsidRDefault="00000000" w:rsidP="00D34EA3">
            <w:r w:rsidRPr="006B437F">
              <w:rPr>
                <w:color w:val="121214"/>
                <w:sz w:val="16"/>
              </w:rPr>
              <w:t>Validation metric 2</w:t>
            </w:r>
          </w:p>
        </w:tc>
        <w:tc>
          <w:tcPr>
            <w:tcW w:w="1231" w:type="pct"/>
          </w:tcPr>
          <w:p w14:paraId="4B4592B7" w14:textId="77777777" w:rsidR="00946D2F" w:rsidRPr="006B437F" w:rsidRDefault="00000000" w:rsidP="00D34EA3">
            <w:pPr>
              <w:jc w:val="center"/>
            </w:pPr>
            <w:r w:rsidRPr="006B437F">
              <w:rPr>
                <w:color w:val="121214"/>
                <w:sz w:val="16"/>
              </w:rPr>
              <w:t>[value]</w:t>
            </w:r>
          </w:p>
        </w:tc>
        <w:tc>
          <w:tcPr>
            <w:tcW w:w="1269" w:type="pct"/>
          </w:tcPr>
          <w:p w14:paraId="471A563D" w14:textId="77777777" w:rsidR="00946D2F" w:rsidRPr="006B437F" w:rsidRDefault="00000000" w:rsidP="00D34EA3">
            <w:pPr>
              <w:jc w:val="center"/>
            </w:pPr>
            <w:r w:rsidRPr="006B437F">
              <w:rPr>
                <w:color w:val="121214"/>
                <w:sz w:val="16"/>
              </w:rPr>
              <w:t>[value]</w:t>
            </w:r>
          </w:p>
        </w:tc>
        <w:tc>
          <w:tcPr>
            <w:tcW w:w="1308" w:type="pct"/>
          </w:tcPr>
          <w:p w14:paraId="586B413E" w14:textId="77777777" w:rsidR="00946D2F" w:rsidRPr="006B437F" w:rsidRDefault="00000000" w:rsidP="00D34EA3">
            <w:pPr>
              <w:jc w:val="center"/>
            </w:pPr>
            <w:r w:rsidRPr="006B437F">
              <w:rPr>
                <w:color w:val="121214"/>
                <w:sz w:val="16"/>
              </w:rPr>
              <w:t>[difference / error / agreement]</w:t>
            </w:r>
          </w:p>
        </w:tc>
      </w:tr>
      <w:tr w:rsidR="00946D2F" w:rsidRPr="006B437F" w14:paraId="42B86F0F" w14:textId="77777777" w:rsidTr="00EF59E6">
        <w:tc>
          <w:tcPr>
            <w:tcW w:w="1192" w:type="pct"/>
          </w:tcPr>
          <w:p w14:paraId="58939D38" w14:textId="77777777" w:rsidR="00946D2F" w:rsidRPr="006B437F" w:rsidRDefault="00000000" w:rsidP="00D34EA3">
            <w:r w:rsidRPr="006B437F">
              <w:rPr>
                <w:color w:val="121214"/>
                <w:sz w:val="16"/>
              </w:rPr>
              <w:t>Validation metric 3</w:t>
            </w:r>
          </w:p>
        </w:tc>
        <w:tc>
          <w:tcPr>
            <w:tcW w:w="1231" w:type="pct"/>
          </w:tcPr>
          <w:p w14:paraId="320355CC" w14:textId="77777777" w:rsidR="00946D2F" w:rsidRPr="006B437F" w:rsidRDefault="00000000" w:rsidP="00D34EA3">
            <w:r w:rsidRPr="006B437F">
              <w:rPr>
                <w:color w:val="121214"/>
                <w:sz w:val="16"/>
              </w:rPr>
              <w:t>[value]</w:t>
            </w:r>
          </w:p>
        </w:tc>
        <w:tc>
          <w:tcPr>
            <w:tcW w:w="1269" w:type="pct"/>
          </w:tcPr>
          <w:p w14:paraId="44FF2E87" w14:textId="77777777" w:rsidR="00946D2F" w:rsidRPr="006B437F" w:rsidRDefault="00000000" w:rsidP="00D34EA3">
            <w:pPr>
              <w:jc w:val="center"/>
            </w:pPr>
            <w:r w:rsidRPr="006B437F">
              <w:rPr>
                <w:color w:val="121214"/>
                <w:sz w:val="16"/>
              </w:rPr>
              <w:t>[value]</w:t>
            </w:r>
          </w:p>
        </w:tc>
        <w:tc>
          <w:tcPr>
            <w:tcW w:w="1308" w:type="pct"/>
          </w:tcPr>
          <w:p w14:paraId="0CA8CC75" w14:textId="77777777" w:rsidR="00946D2F" w:rsidRPr="006B437F" w:rsidRDefault="00000000" w:rsidP="00D34EA3">
            <w:r w:rsidRPr="006B437F">
              <w:rPr>
                <w:color w:val="121214"/>
                <w:sz w:val="16"/>
              </w:rPr>
              <w:t>[difference / error / agreement]</w:t>
            </w:r>
          </w:p>
        </w:tc>
      </w:tr>
      <w:tr w:rsidR="00946D2F" w:rsidRPr="006B437F" w14:paraId="25443B90" w14:textId="77777777" w:rsidTr="00EF59E6">
        <w:tc>
          <w:tcPr>
            <w:tcW w:w="1192" w:type="pct"/>
          </w:tcPr>
          <w:p w14:paraId="38896206" w14:textId="77777777" w:rsidR="00946D2F" w:rsidRPr="006B437F" w:rsidRDefault="00000000" w:rsidP="00D34EA3">
            <w:r w:rsidRPr="006B437F">
              <w:rPr>
                <w:color w:val="121214"/>
                <w:sz w:val="16"/>
              </w:rPr>
              <w:t>Validation metric 4</w:t>
            </w:r>
          </w:p>
        </w:tc>
        <w:tc>
          <w:tcPr>
            <w:tcW w:w="1231" w:type="pct"/>
          </w:tcPr>
          <w:p w14:paraId="09825647" w14:textId="77777777" w:rsidR="00946D2F" w:rsidRPr="006B437F" w:rsidRDefault="00000000" w:rsidP="00D34EA3">
            <w:pPr>
              <w:jc w:val="center"/>
            </w:pPr>
            <w:r w:rsidRPr="006B437F">
              <w:rPr>
                <w:color w:val="121214"/>
                <w:sz w:val="16"/>
              </w:rPr>
              <w:t>[value]</w:t>
            </w:r>
          </w:p>
        </w:tc>
        <w:tc>
          <w:tcPr>
            <w:tcW w:w="1269" w:type="pct"/>
          </w:tcPr>
          <w:p w14:paraId="683489F4" w14:textId="77777777" w:rsidR="00946D2F" w:rsidRPr="006B437F" w:rsidRDefault="00000000" w:rsidP="00D34EA3">
            <w:pPr>
              <w:jc w:val="center"/>
            </w:pPr>
            <w:r w:rsidRPr="006B437F">
              <w:rPr>
                <w:color w:val="121214"/>
                <w:sz w:val="16"/>
              </w:rPr>
              <w:t>[value]</w:t>
            </w:r>
          </w:p>
        </w:tc>
        <w:tc>
          <w:tcPr>
            <w:tcW w:w="1308" w:type="pct"/>
          </w:tcPr>
          <w:p w14:paraId="429D3D44" w14:textId="77777777" w:rsidR="00946D2F" w:rsidRPr="006B437F" w:rsidRDefault="00000000" w:rsidP="00D34EA3">
            <w:r w:rsidRPr="006B437F">
              <w:rPr>
                <w:color w:val="121214"/>
                <w:sz w:val="16"/>
              </w:rPr>
              <w:t>[difference / error / agreement]</w:t>
            </w:r>
          </w:p>
        </w:tc>
      </w:tr>
    </w:tbl>
    <w:p w14:paraId="45ADBF54" w14:textId="77777777" w:rsidR="00EF59E6" w:rsidRPr="006B437F" w:rsidRDefault="00EF59E6" w:rsidP="00D34EA3">
      <w:pPr>
        <w:keepNext/>
        <w:spacing w:before="80" w:after="60" w:line="240" w:lineRule="auto"/>
        <w:rPr>
          <w:i/>
          <w:color w:val="545860"/>
          <w:sz w:val="17"/>
        </w:rPr>
      </w:pPr>
    </w:p>
    <w:p w14:paraId="3591E650" w14:textId="77777777" w:rsidR="00946D2F" w:rsidRPr="006B437F" w:rsidRDefault="00000000" w:rsidP="00D34EA3">
      <w:pPr>
        <w:keepNext/>
        <w:spacing w:before="80" w:after="60" w:line="240" w:lineRule="auto"/>
      </w:pPr>
      <w:r w:rsidRPr="006B437F">
        <w:rPr>
          <w:color w:val="002060"/>
        </w:rPr>
        <w:t>4.1.4. [Additional analysis / sensitivity result]</w:t>
      </w:r>
    </w:p>
    <w:p w14:paraId="393D5B03"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w:t>
      </w:r>
      <w:r w:rsidRPr="006B437F">
        <w:rPr>
          <w:color w:val="121214"/>
          <w:sz w:val="19"/>
          <w:szCs w:val="19"/>
        </w:rPr>
        <w:lastRenderedPageBreak/>
        <w:t xml:space="preserve">principal finding accurately, provide the necessary statistics or qualitative evidence, direct readers to the relevant table or figure, </w:t>
      </w:r>
      <w:proofErr w:type="spellStart"/>
      <w:r w:rsidRPr="006B437F">
        <w:rPr>
          <w:color w:val="121214"/>
          <w:sz w:val="19"/>
          <w:szCs w:val="19"/>
        </w:rPr>
        <w:t>and</w:t>
      </w:r>
      <w:r w:rsidRPr="006B437F">
        <w:t>Table</w:t>
      </w:r>
      <w:proofErr w:type="spellEnd"/>
      <w:r w:rsidRPr="006B437F">
        <w:t xml:space="preserve"> </w:t>
      </w:r>
      <w:hyperlink w:anchor="Table_6" w:history="1">
        <w:r w:rsidR="00946D2F" w:rsidRPr="006B437F">
          <w:rPr>
            <w:color w:val="0563C1"/>
          </w:rPr>
          <w:t>6</w:t>
        </w:r>
      </w:hyperlink>
      <w:r w:rsidRPr="006B437F">
        <w:t xml:space="preserve"> reports the corresponding values, while Figure </w:t>
      </w:r>
      <w:hyperlink w:anchor="Figure_4" w:history="1">
        <w:r w:rsidR="00946D2F" w:rsidRPr="006B437F">
          <w:rPr>
            <w:color w:val="0563C1"/>
          </w:rPr>
          <w:t>4</w:t>
        </w:r>
      </w:hyperlink>
      <w:r w:rsidRPr="006B437F">
        <w:t xml:space="preserve"> provides the visual presentation of the result.</w:t>
      </w:r>
    </w:p>
    <w:p w14:paraId="01D954AA" w14:textId="77777777" w:rsidR="00EF59E6" w:rsidRPr="006B437F" w:rsidRDefault="00EF59E6" w:rsidP="00EF59E6">
      <w:pPr>
        <w:keepNext/>
        <w:spacing w:after="80" w:line="240" w:lineRule="auto"/>
        <w:jc w:val="center"/>
        <w:rPr>
          <w:b/>
          <w:color w:val="121214"/>
          <w:sz w:val="18"/>
        </w:rPr>
      </w:pPr>
    </w:p>
    <w:p w14:paraId="0991B7AE" w14:textId="77777777" w:rsidR="00946D2F" w:rsidRPr="006B437F" w:rsidRDefault="00000000" w:rsidP="00EF59E6">
      <w:pPr>
        <w:keepNext/>
        <w:spacing w:after="80" w:line="240" w:lineRule="auto"/>
        <w:jc w:val="center"/>
      </w:pPr>
      <w:r w:rsidRPr="00B71560">
        <w:rPr>
          <w:b/>
          <w:color w:val="002060"/>
          <w:sz w:val="18"/>
        </w:rPr>
        <w:t xml:space="preserve">Table </w:t>
      </w:r>
      <w:bookmarkStart w:id="8" w:name="Table_6"/>
      <w:r w:rsidRPr="00B71560">
        <w:rPr>
          <w:b/>
          <w:color w:val="002060"/>
          <w:sz w:val="18"/>
        </w:rPr>
        <w:t>6</w:t>
      </w:r>
      <w:bookmarkEnd w:id="8"/>
      <w:r w:rsidRPr="00B71560">
        <w:rPr>
          <w:b/>
          <w:color w:val="002060"/>
          <w:sz w:val="18"/>
        </w:rPr>
        <w:t xml:space="preserve">. </w:t>
      </w:r>
      <w:r w:rsidRPr="006B437F">
        <w:rPr>
          <w:color w:val="121214"/>
          <w:sz w:val="18"/>
        </w:rPr>
        <w:t>Additional model, sensitivity, intervention, or analytical results.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94"/>
        <w:gridCol w:w="1128"/>
        <w:gridCol w:w="1857"/>
        <w:gridCol w:w="4189"/>
      </w:tblGrid>
      <w:tr w:rsidR="00946D2F" w:rsidRPr="006B437F" w14:paraId="3747D005" w14:textId="77777777" w:rsidTr="00EF59E6">
        <w:tc>
          <w:tcPr>
            <w:tcW w:w="1269" w:type="pct"/>
            <w:shd w:val="clear" w:color="auto" w:fill="E2ECFE"/>
          </w:tcPr>
          <w:p w14:paraId="3640515A" w14:textId="77777777" w:rsidR="00946D2F" w:rsidRPr="006B437F" w:rsidRDefault="00000000" w:rsidP="00D34EA3">
            <w:pPr>
              <w:jc w:val="center"/>
            </w:pPr>
            <w:r w:rsidRPr="006B437F">
              <w:rPr>
                <w:b/>
                <w:color w:val="002060"/>
                <w:sz w:val="16"/>
              </w:rPr>
              <w:t>Condition / state</w:t>
            </w:r>
          </w:p>
        </w:tc>
        <w:tc>
          <w:tcPr>
            <w:tcW w:w="423" w:type="pct"/>
            <w:shd w:val="clear" w:color="auto" w:fill="E2ECFE"/>
          </w:tcPr>
          <w:p w14:paraId="5C7DAA93" w14:textId="77777777" w:rsidR="00946D2F" w:rsidRPr="006B437F" w:rsidRDefault="00000000" w:rsidP="00D34EA3">
            <w:pPr>
              <w:jc w:val="center"/>
            </w:pPr>
            <w:r w:rsidRPr="006B437F">
              <w:rPr>
                <w:b/>
                <w:color w:val="002060"/>
                <w:sz w:val="16"/>
              </w:rPr>
              <w:t>Parameter</w:t>
            </w:r>
          </w:p>
        </w:tc>
        <w:tc>
          <w:tcPr>
            <w:tcW w:w="1038" w:type="pct"/>
            <w:shd w:val="clear" w:color="auto" w:fill="E2ECFE"/>
          </w:tcPr>
          <w:p w14:paraId="5C059F7E" w14:textId="77777777" w:rsidR="00946D2F" w:rsidRPr="006B437F" w:rsidRDefault="00000000" w:rsidP="00D34EA3">
            <w:pPr>
              <w:jc w:val="center"/>
            </w:pPr>
            <w:r w:rsidRPr="006B437F">
              <w:rPr>
                <w:b/>
                <w:color w:val="002060"/>
                <w:sz w:val="16"/>
              </w:rPr>
              <w:t>Result</w:t>
            </w:r>
          </w:p>
        </w:tc>
        <w:tc>
          <w:tcPr>
            <w:tcW w:w="2269" w:type="pct"/>
            <w:shd w:val="clear" w:color="auto" w:fill="E2ECFE"/>
          </w:tcPr>
          <w:p w14:paraId="5EC499A9" w14:textId="77777777" w:rsidR="00946D2F" w:rsidRPr="006B437F" w:rsidRDefault="00000000" w:rsidP="00D34EA3">
            <w:pPr>
              <w:jc w:val="center"/>
            </w:pPr>
            <w:r w:rsidRPr="006B437F">
              <w:rPr>
                <w:b/>
                <w:color w:val="002060"/>
                <w:sz w:val="16"/>
              </w:rPr>
              <w:t>Interpretation</w:t>
            </w:r>
          </w:p>
        </w:tc>
      </w:tr>
      <w:tr w:rsidR="00946D2F" w:rsidRPr="006B437F" w14:paraId="07B6ED57" w14:textId="77777777" w:rsidTr="00EF59E6">
        <w:tc>
          <w:tcPr>
            <w:tcW w:w="1269" w:type="pct"/>
          </w:tcPr>
          <w:p w14:paraId="590431AC" w14:textId="77777777" w:rsidR="00946D2F" w:rsidRPr="006B437F" w:rsidRDefault="00000000" w:rsidP="00D34EA3">
            <w:r w:rsidRPr="006B437F">
              <w:rPr>
                <w:color w:val="121214"/>
                <w:sz w:val="16"/>
              </w:rPr>
              <w:t>Condition 1</w:t>
            </w:r>
          </w:p>
        </w:tc>
        <w:tc>
          <w:tcPr>
            <w:tcW w:w="423" w:type="pct"/>
          </w:tcPr>
          <w:p w14:paraId="10F275DE" w14:textId="77777777" w:rsidR="00946D2F" w:rsidRPr="006B437F" w:rsidRDefault="00000000" w:rsidP="00D34EA3">
            <w:pPr>
              <w:jc w:val="center"/>
            </w:pPr>
            <w:r w:rsidRPr="006B437F">
              <w:rPr>
                <w:color w:val="121214"/>
                <w:sz w:val="16"/>
              </w:rPr>
              <w:t>[parameter]</w:t>
            </w:r>
          </w:p>
        </w:tc>
        <w:tc>
          <w:tcPr>
            <w:tcW w:w="1038" w:type="pct"/>
          </w:tcPr>
          <w:p w14:paraId="40A08C15" w14:textId="77777777" w:rsidR="00946D2F" w:rsidRPr="006B437F" w:rsidRDefault="00000000" w:rsidP="00D34EA3">
            <w:pPr>
              <w:jc w:val="center"/>
            </w:pPr>
            <w:r w:rsidRPr="006B437F">
              <w:rPr>
                <w:color w:val="121214"/>
                <w:sz w:val="16"/>
              </w:rPr>
              <w:t>[result]</w:t>
            </w:r>
          </w:p>
        </w:tc>
        <w:tc>
          <w:tcPr>
            <w:tcW w:w="2269" w:type="pct"/>
          </w:tcPr>
          <w:p w14:paraId="6A2AD193" w14:textId="77777777" w:rsidR="00946D2F" w:rsidRPr="006B437F" w:rsidRDefault="00000000" w:rsidP="00D34EA3">
            <w:r w:rsidRPr="006B437F">
              <w:rPr>
                <w:color w:val="121214"/>
                <w:sz w:val="16"/>
              </w:rPr>
              <w:t>[interpretation]</w:t>
            </w:r>
          </w:p>
        </w:tc>
      </w:tr>
      <w:tr w:rsidR="00946D2F" w:rsidRPr="006B437F" w14:paraId="0AF8E294" w14:textId="77777777" w:rsidTr="00EF59E6">
        <w:tc>
          <w:tcPr>
            <w:tcW w:w="1269" w:type="pct"/>
          </w:tcPr>
          <w:p w14:paraId="0FBBDC87" w14:textId="77777777" w:rsidR="00946D2F" w:rsidRPr="006B437F" w:rsidRDefault="00000000" w:rsidP="00D34EA3">
            <w:r w:rsidRPr="006B437F">
              <w:rPr>
                <w:color w:val="121214"/>
                <w:sz w:val="16"/>
              </w:rPr>
              <w:t>Condition 2</w:t>
            </w:r>
          </w:p>
        </w:tc>
        <w:tc>
          <w:tcPr>
            <w:tcW w:w="423" w:type="pct"/>
          </w:tcPr>
          <w:p w14:paraId="3507EA2E" w14:textId="77777777" w:rsidR="00946D2F" w:rsidRPr="006B437F" w:rsidRDefault="00000000" w:rsidP="00D34EA3">
            <w:pPr>
              <w:jc w:val="center"/>
            </w:pPr>
            <w:r w:rsidRPr="006B437F">
              <w:rPr>
                <w:color w:val="121214"/>
                <w:sz w:val="16"/>
              </w:rPr>
              <w:t>[parameter]</w:t>
            </w:r>
          </w:p>
        </w:tc>
        <w:tc>
          <w:tcPr>
            <w:tcW w:w="1038" w:type="pct"/>
          </w:tcPr>
          <w:p w14:paraId="0BAFB6F6" w14:textId="77777777" w:rsidR="00946D2F" w:rsidRPr="006B437F" w:rsidRDefault="00000000" w:rsidP="00D34EA3">
            <w:pPr>
              <w:jc w:val="center"/>
            </w:pPr>
            <w:r w:rsidRPr="006B437F">
              <w:rPr>
                <w:color w:val="121214"/>
                <w:sz w:val="16"/>
              </w:rPr>
              <w:t>[result]</w:t>
            </w:r>
          </w:p>
        </w:tc>
        <w:tc>
          <w:tcPr>
            <w:tcW w:w="2269" w:type="pct"/>
          </w:tcPr>
          <w:p w14:paraId="6F0AC372" w14:textId="77777777" w:rsidR="00946D2F" w:rsidRPr="006B437F" w:rsidRDefault="00000000" w:rsidP="00D34EA3">
            <w:r w:rsidRPr="006B437F">
              <w:rPr>
                <w:color w:val="121214"/>
                <w:sz w:val="16"/>
              </w:rPr>
              <w:t>[interpretation]</w:t>
            </w:r>
          </w:p>
        </w:tc>
      </w:tr>
      <w:tr w:rsidR="00946D2F" w:rsidRPr="006B437F" w14:paraId="6610DD2F" w14:textId="77777777" w:rsidTr="00EF59E6">
        <w:tc>
          <w:tcPr>
            <w:tcW w:w="1269" w:type="pct"/>
          </w:tcPr>
          <w:p w14:paraId="09190C7B" w14:textId="77777777" w:rsidR="00946D2F" w:rsidRPr="006B437F" w:rsidRDefault="00000000" w:rsidP="00D34EA3">
            <w:r w:rsidRPr="006B437F">
              <w:rPr>
                <w:color w:val="121214"/>
                <w:sz w:val="16"/>
              </w:rPr>
              <w:t>Condition 3</w:t>
            </w:r>
          </w:p>
        </w:tc>
        <w:tc>
          <w:tcPr>
            <w:tcW w:w="423" w:type="pct"/>
          </w:tcPr>
          <w:p w14:paraId="21006D74" w14:textId="77777777" w:rsidR="00946D2F" w:rsidRPr="006B437F" w:rsidRDefault="00000000" w:rsidP="00D34EA3">
            <w:pPr>
              <w:jc w:val="center"/>
            </w:pPr>
            <w:r w:rsidRPr="006B437F">
              <w:rPr>
                <w:color w:val="121214"/>
                <w:sz w:val="16"/>
              </w:rPr>
              <w:t>[parameter]</w:t>
            </w:r>
          </w:p>
        </w:tc>
        <w:tc>
          <w:tcPr>
            <w:tcW w:w="1038" w:type="pct"/>
          </w:tcPr>
          <w:p w14:paraId="2873B968" w14:textId="77777777" w:rsidR="00946D2F" w:rsidRPr="006B437F" w:rsidRDefault="00000000" w:rsidP="00D34EA3">
            <w:pPr>
              <w:jc w:val="center"/>
            </w:pPr>
            <w:r w:rsidRPr="006B437F">
              <w:rPr>
                <w:color w:val="121214"/>
                <w:sz w:val="16"/>
              </w:rPr>
              <w:t>[result]</w:t>
            </w:r>
          </w:p>
        </w:tc>
        <w:tc>
          <w:tcPr>
            <w:tcW w:w="2269" w:type="pct"/>
          </w:tcPr>
          <w:p w14:paraId="7A9CA272" w14:textId="77777777" w:rsidR="00946D2F" w:rsidRPr="006B437F" w:rsidRDefault="00000000" w:rsidP="00D34EA3">
            <w:r w:rsidRPr="006B437F">
              <w:rPr>
                <w:color w:val="121214"/>
                <w:sz w:val="16"/>
              </w:rPr>
              <w:t>[interpretation]</w:t>
            </w:r>
          </w:p>
        </w:tc>
      </w:tr>
    </w:tbl>
    <w:p w14:paraId="300231F6" w14:textId="77777777" w:rsidR="00946D2F" w:rsidRPr="006B437F" w:rsidRDefault="00946D2F" w:rsidP="00D34EA3">
      <w:pPr>
        <w:spacing w:line="240" w:lineRule="auto"/>
      </w:pPr>
    </w:p>
    <w:p w14:paraId="5F4374B2" w14:textId="77777777" w:rsidR="00946D2F" w:rsidRPr="006B437F" w:rsidRDefault="00000000" w:rsidP="00D34EA3">
      <w:pPr>
        <w:keepNext/>
        <w:spacing w:after="40" w:line="240" w:lineRule="auto"/>
        <w:jc w:val="center"/>
      </w:pPr>
      <w:r w:rsidRPr="006B437F">
        <w:rPr>
          <w:noProof/>
        </w:rPr>
        <w:drawing>
          <wp:inline distT="0" distB="0" distL="0" distR="0" wp14:anchorId="68132E59" wp14:editId="42E5FDEC">
            <wp:extent cx="5669280" cy="2646454"/>
            <wp:effectExtent l="0" t="0" r="0" b="0"/>
            <wp:docPr id="1639252483" name="Picture 163925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fapi.png"/>
                    <pic:cNvPicPr/>
                  </pic:nvPicPr>
                  <pic:blipFill>
                    <a:blip r:embed="rId18"/>
                    <a:stretch>
                      <a:fillRect/>
                    </a:stretch>
                  </pic:blipFill>
                  <pic:spPr>
                    <a:xfrm>
                      <a:off x="0" y="0"/>
                      <a:ext cx="5669280" cy="2646454"/>
                    </a:xfrm>
                    <a:prstGeom prst="rect">
                      <a:avLst/>
                    </a:prstGeom>
                  </pic:spPr>
                </pic:pic>
              </a:graphicData>
            </a:graphic>
          </wp:inline>
        </w:drawing>
      </w:r>
    </w:p>
    <w:p w14:paraId="39E0B1B2" w14:textId="77777777" w:rsidR="00946D2F" w:rsidRPr="006B437F" w:rsidRDefault="00000000" w:rsidP="00EF59E6">
      <w:pPr>
        <w:keepNext/>
        <w:spacing w:after="80" w:line="240" w:lineRule="auto"/>
        <w:jc w:val="center"/>
      </w:pPr>
      <w:r w:rsidRPr="00B71560">
        <w:rPr>
          <w:b/>
          <w:color w:val="002060"/>
          <w:sz w:val="18"/>
        </w:rPr>
        <w:t xml:space="preserve">Figure </w:t>
      </w:r>
      <w:bookmarkStart w:id="9" w:name="Figure_4"/>
      <w:r w:rsidRPr="00B71560">
        <w:rPr>
          <w:b/>
          <w:color w:val="002060"/>
          <w:sz w:val="18"/>
        </w:rPr>
        <w:t>4</w:t>
      </w:r>
      <w:bookmarkEnd w:id="9"/>
      <w:r w:rsidRPr="00B71560">
        <w:rPr>
          <w:b/>
          <w:color w:val="002060"/>
          <w:sz w:val="18"/>
        </w:rPr>
        <w:t xml:space="preserve">. </w:t>
      </w:r>
      <w:r w:rsidRPr="006B437F">
        <w:rPr>
          <w:color w:val="121214"/>
          <w:sz w:val="18"/>
        </w:rPr>
        <w:t>Visual presentation of the additional or sensitivity analysis.</w:t>
      </w:r>
    </w:p>
    <w:p w14:paraId="7C0DDC1E" w14:textId="77777777" w:rsidR="00EF59E6" w:rsidRPr="006B437F" w:rsidRDefault="00EF59E6" w:rsidP="00D34EA3">
      <w:pPr>
        <w:spacing w:after="80" w:line="240" w:lineRule="auto"/>
        <w:jc w:val="both"/>
        <w:rPr>
          <w:i/>
          <w:color w:val="545860"/>
          <w:sz w:val="17"/>
        </w:rPr>
      </w:pPr>
    </w:p>
    <w:p w14:paraId="3AC25EAA"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the study results. Report the principal finding accurately, provide the necessary statistics or qualitative evidence, direct readers to the relevant table or figure, and avoid interpretation that belongs in the discussion Replace this sample text with the study results. Report the principal finding accurately, provide the necessary statistics or qualitative evidence, direct readers to the relevant.</w:t>
      </w:r>
    </w:p>
    <w:p w14:paraId="4DB66BA9" w14:textId="77777777" w:rsidR="00946D2F" w:rsidRPr="006B437F" w:rsidRDefault="00000000" w:rsidP="00D34EA3">
      <w:pPr>
        <w:keepNext/>
        <w:spacing w:before="80" w:after="60" w:line="240" w:lineRule="auto"/>
      </w:pPr>
      <w:r w:rsidRPr="006B437F">
        <w:rPr>
          <w:b/>
          <w:color w:val="002060"/>
          <w:sz w:val="21"/>
        </w:rPr>
        <w:t>4.2. Discussion</w:t>
      </w:r>
    </w:p>
    <w:p w14:paraId="6A4D0C4E" w14:textId="77777777" w:rsidR="00946D2F" w:rsidRPr="006B437F" w:rsidRDefault="00000000" w:rsidP="00D34EA3">
      <w:pPr>
        <w:keepNext/>
        <w:spacing w:before="80" w:after="60" w:line="240" w:lineRule="auto"/>
        <w:rPr>
          <w:i/>
          <w:iCs/>
          <w:sz w:val="21"/>
          <w:szCs w:val="21"/>
        </w:rPr>
      </w:pPr>
      <w:r w:rsidRPr="006B437F">
        <w:rPr>
          <w:i/>
          <w:iCs/>
          <w:color w:val="002060"/>
          <w:sz w:val="21"/>
          <w:szCs w:val="21"/>
        </w:rPr>
        <w:t>4.2.1. [Interpretation of the principal findings]</w:t>
      </w:r>
    </w:p>
    <w:p w14:paraId="28DE0B57" w14:textId="77777777" w:rsidR="00946D2F" w:rsidRPr="006B437F" w:rsidRDefault="00000000" w:rsidP="00D34EA3">
      <w:pPr>
        <w:spacing w:after="80" w:line="240" w:lineRule="auto"/>
        <w:jc w:val="both"/>
        <w:rPr>
          <w:sz w:val="19"/>
          <w:szCs w:val="19"/>
        </w:rPr>
      </w:pPr>
      <w:r w:rsidRPr="006B437F">
        <w:t>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w:t>
      </w:r>
    </w:p>
    <w:p w14:paraId="6965DDDF"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w:t>
      </w:r>
    </w:p>
    <w:p w14:paraId="03FDA8FB" w14:textId="77777777" w:rsidR="00946D2F" w:rsidRPr="006B437F" w:rsidRDefault="00000000" w:rsidP="00EF59E6">
      <w:pPr>
        <w:spacing w:after="80" w:line="240" w:lineRule="auto"/>
        <w:ind w:firstLine="426"/>
        <w:jc w:val="both"/>
        <w:rPr>
          <w:sz w:val="19"/>
          <w:szCs w:val="19"/>
        </w:rPr>
      </w:pPr>
      <w:r w:rsidRPr="006B437F">
        <w:t>Replace this sample text with the discussion. Interpret the findings in relation to prior research and theory, explain agreements or differences, develop the contribution and practical implications, acknowledge limitations, and identify a focused future research agenda [</w:t>
      </w:r>
      <w:hyperlink w:anchor="Ref_46" w:history="1">
        <w:r w:rsidR="00946D2F" w:rsidRPr="006B437F">
          <w:rPr>
            <w:color w:val="0563C1"/>
          </w:rPr>
          <w:t>46</w:t>
        </w:r>
      </w:hyperlink>
      <w:r w:rsidRPr="006B437F">
        <w:t xml:space="preserve">]. Replace this sample text with the discussion. Interpret the findings in relation to prior research and theory, explain agreements </w:t>
      </w:r>
      <w:r w:rsidRPr="006B437F">
        <w:lastRenderedPageBreak/>
        <w:t>or differences, develop the [</w:t>
      </w:r>
      <w:hyperlink w:anchor="Ref_47" w:history="1">
        <w:r w:rsidR="00946D2F" w:rsidRPr="006B437F">
          <w:rPr>
            <w:color w:val="0563C1"/>
          </w:rPr>
          <w:t>47</w:t>
        </w:r>
      </w:hyperlink>
      <w:r w:rsidRPr="006B437F">
        <w:t xml:space="preserve">]. Replace this sample text with the discussion. Interpret the findings in relation to prior research and theory, explain agreements </w:t>
      </w:r>
      <w:proofErr w:type="spellStart"/>
      <w:r w:rsidRPr="006B437F">
        <w:t>orReplace</w:t>
      </w:r>
      <w:proofErr w:type="spellEnd"/>
      <w:r w:rsidRPr="006B437F">
        <w:t xml:space="preserve"> this sample text with the discussion. Interpret the findings in relation to [</w:t>
      </w:r>
      <w:hyperlink w:anchor="Ref_48" w:history="1">
        <w:r w:rsidR="00946D2F" w:rsidRPr="006B437F">
          <w:rPr>
            <w:color w:val="0563C1"/>
          </w:rPr>
          <w:t>48</w:t>
        </w:r>
      </w:hyperlink>
      <w:r w:rsidRPr="006B437F">
        <w:t>]. Replace this sample text with the discussion. Interpret the findings in relation to prior research and theory, explain agreements or.</w:t>
      </w:r>
    </w:p>
    <w:p w14:paraId="3548470D" w14:textId="77777777" w:rsidR="00946D2F" w:rsidRPr="006B437F" w:rsidRDefault="00000000" w:rsidP="00D34EA3">
      <w:pPr>
        <w:keepNext/>
        <w:spacing w:before="80" w:after="60" w:line="240" w:lineRule="auto"/>
      </w:pPr>
      <w:r w:rsidRPr="006B437F">
        <w:rPr>
          <w:color w:val="002060"/>
        </w:rPr>
        <w:t>4.2.2. [Implications / application / policy relevance]</w:t>
      </w:r>
    </w:p>
    <w:p w14:paraId="30DA9B76" w14:textId="77777777" w:rsidR="00946D2F" w:rsidRPr="006B437F" w:rsidRDefault="00000000" w:rsidP="00D34EA3">
      <w:pPr>
        <w:spacing w:after="80" w:line="240" w:lineRule="auto"/>
        <w:jc w:val="both"/>
        <w:rPr>
          <w:sz w:val="19"/>
          <w:szCs w:val="19"/>
        </w:rPr>
      </w:pPr>
      <w:r w:rsidRPr="006B437F">
        <w:rPr>
          <w:color w:val="121214"/>
          <w:sz w:val="19"/>
          <w:szCs w:val="19"/>
        </w:rPr>
        <w:t xml:space="preserve">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w:t>
      </w:r>
      <w:proofErr w:type="spellStart"/>
      <w:r w:rsidRPr="006B437F">
        <w:rPr>
          <w:color w:val="121214"/>
          <w:sz w:val="19"/>
          <w:szCs w:val="19"/>
        </w:rPr>
        <w:t>sample</w:t>
      </w:r>
      <w:r w:rsidRPr="006B437F">
        <w:t>Table</w:t>
      </w:r>
      <w:proofErr w:type="spellEnd"/>
      <w:r w:rsidRPr="006B437F">
        <w:t xml:space="preserve"> </w:t>
      </w:r>
      <w:hyperlink w:anchor="Table_7" w:history="1">
        <w:r w:rsidR="00946D2F" w:rsidRPr="006B437F">
          <w:rPr>
            <w:color w:val="0563C1"/>
          </w:rPr>
          <w:t>7</w:t>
        </w:r>
      </w:hyperlink>
      <w:r w:rsidRPr="006B437F">
        <w:t xml:space="preserve"> summarizes the implications, recommendations, or analytical synthesis developed from the findings.</w:t>
      </w:r>
    </w:p>
    <w:p w14:paraId="4D8ABA42" w14:textId="77777777" w:rsidR="00EF59E6" w:rsidRPr="006B437F" w:rsidRDefault="00EF59E6" w:rsidP="00EF59E6">
      <w:pPr>
        <w:keepNext/>
        <w:spacing w:after="80" w:line="240" w:lineRule="auto"/>
        <w:jc w:val="center"/>
        <w:rPr>
          <w:b/>
          <w:color w:val="121214"/>
          <w:sz w:val="18"/>
        </w:rPr>
      </w:pPr>
    </w:p>
    <w:p w14:paraId="5E185F40" w14:textId="77777777" w:rsidR="00946D2F" w:rsidRPr="006B437F" w:rsidRDefault="00000000" w:rsidP="00EF59E6">
      <w:pPr>
        <w:keepNext/>
        <w:spacing w:after="80" w:line="240" w:lineRule="auto"/>
        <w:jc w:val="center"/>
      </w:pPr>
      <w:r w:rsidRPr="00B71560">
        <w:rPr>
          <w:b/>
          <w:color w:val="002060"/>
          <w:sz w:val="18"/>
        </w:rPr>
        <w:t xml:space="preserve">Table </w:t>
      </w:r>
      <w:bookmarkStart w:id="10" w:name="Table_7"/>
      <w:r w:rsidRPr="00B71560">
        <w:rPr>
          <w:b/>
          <w:color w:val="002060"/>
          <w:sz w:val="18"/>
        </w:rPr>
        <w:t>7</w:t>
      </w:r>
      <w:bookmarkEnd w:id="10"/>
      <w:r w:rsidRPr="00B71560">
        <w:rPr>
          <w:b/>
          <w:color w:val="002060"/>
          <w:sz w:val="18"/>
        </w:rPr>
        <w:t xml:space="preserve">. </w:t>
      </w:r>
      <w:r w:rsidRPr="006B437F">
        <w:rPr>
          <w:color w:val="121214"/>
          <w:sz w:val="18"/>
        </w:rPr>
        <w:t>Synthesis of implications, recommendations, or application framework.</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894"/>
        <w:gridCol w:w="3859"/>
        <w:gridCol w:w="3715"/>
      </w:tblGrid>
      <w:tr w:rsidR="00946D2F" w:rsidRPr="006B437F" w14:paraId="0A57DD58" w14:textId="77777777" w:rsidTr="00EF59E6">
        <w:tc>
          <w:tcPr>
            <w:tcW w:w="1000" w:type="pct"/>
            <w:shd w:val="clear" w:color="auto" w:fill="E2ECFE"/>
          </w:tcPr>
          <w:p w14:paraId="680AFBF4" w14:textId="77777777" w:rsidR="00946D2F" w:rsidRPr="006B437F" w:rsidRDefault="00000000" w:rsidP="00D34EA3">
            <w:pPr>
              <w:jc w:val="center"/>
            </w:pPr>
            <w:r w:rsidRPr="006B437F">
              <w:rPr>
                <w:b/>
                <w:color w:val="002060"/>
                <w:sz w:val="16"/>
              </w:rPr>
              <w:t>Stage / domain / category</w:t>
            </w:r>
          </w:p>
        </w:tc>
        <w:tc>
          <w:tcPr>
            <w:tcW w:w="2038" w:type="pct"/>
            <w:shd w:val="clear" w:color="auto" w:fill="E2ECFE"/>
          </w:tcPr>
          <w:p w14:paraId="0870BA74" w14:textId="77777777" w:rsidR="00946D2F" w:rsidRPr="006B437F" w:rsidRDefault="00000000" w:rsidP="00D34EA3">
            <w:pPr>
              <w:jc w:val="center"/>
            </w:pPr>
            <w:r w:rsidRPr="006B437F">
              <w:rPr>
                <w:b/>
                <w:color w:val="002060"/>
                <w:sz w:val="16"/>
              </w:rPr>
              <w:t>Priority action / implication</w:t>
            </w:r>
          </w:p>
        </w:tc>
        <w:tc>
          <w:tcPr>
            <w:tcW w:w="1962" w:type="pct"/>
            <w:shd w:val="clear" w:color="auto" w:fill="E2ECFE"/>
          </w:tcPr>
          <w:p w14:paraId="67AD9C73" w14:textId="77777777" w:rsidR="00946D2F" w:rsidRPr="006B437F" w:rsidRDefault="00000000" w:rsidP="00D34EA3">
            <w:pPr>
              <w:jc w:val="center"/>
            </w:pPr>
            <w:r w:rsidRPr="006B437F">
              <w:rPr>
                <w:b/>
                <w:color w:val="002060"/>
                <w:sz w:val="16"/>
              </w:rPr>
              <w:t>Expected pathway / outcome</w:t>
            </w:r>
          </w:p>
        </w:tc>
      </w:tr>
      <w:tr w:rsidR="00946D2F" w:rsidRPr="006B437F" w14:paraId="48173938" w14:textId="77777777" w:rsidTr="00EF59E6">
        <w:tc>
          <w:tcPr>
            <w:tcW w:w="1000" w:type="pct"/>
          </w:tcPr>
          <w:p w14:paraId="67D32C38" w14:textId="77777777" w:rsidR="00946D2F" w:rsidRPr="006B437F" w:rsidRDefault="00000000" w:rsidP="00D34EA3">
            <w:r w:rsidRPr="006B437F">
              <w:rPr>
                <w:color w:val="121214"/>
                <w:sz w:val="16"/>
              </w:rPr>
              <w:t>Category 1</w:t>
            </w:r>
          </w:p>
        </w:tc>
        <w:tc>
          <w:tcPr>
            <w:tcW w:w="2038" w:type="pct"/>
          </w:tcPr>
          <w:p w14:paraId="2B54437A" w14:textId="77777777" w:rsidR="00946D2F" w:rsidRPr="006B437F" w:rsidRDefault="00000000" w:rsidP="00D34EA3">
            <w:r w:rsidRPr="006B437F">
              <w:rPr>
                <w:color w:val="121214"/>
                <w:sz w:val="16"/>
              </w:rPr>
              <w:t>[priority action, recommendation, mechanism, or implication]</w:t>
            </w:r>
          </w:p>
        </w:tc>
        <w:tc>
          <w:tcPr>
            <w:tcW w:w="1962" w:type="pct"/>
          </w:tcPr>
          <w:p w14:paraId="5AAD5EB5" w14:textId="77777777" w:rsidR="00946D2F" w:rsidRPr="006B437F" w:rsidRDefault="00000000" w:rsidP="00D34EA3">
            <w:r w:rsidRPr="006B437F">
              <w:rPr>
                <w:color w:val="121214"/>
                <w:sz w:val="16"/>
              </w:rPr>
              <w:t>[expected effect, pathway, or contribution]</w:t>
            </w:r>
          </w:p>
        </w:tc>
      </w:tr>
      <w:tr w:rsidR="00946D2F" w:rsidRPr="006B437F" w14:paraId="22CAF9FD" w14:textId="77777777" w:rsidTr="00EF59E6">
        <w:tc>
          <w:tcPr>
            <w:tcW w:w="1000" w:type="pct"/>
          </w:tcPr>
          <w:p w14:paraId="3DFAEFA9" w14:textId="77777777" w:rsidR="00946D2F" w:rsidRPr="006B437F" w:rsidRDefault="00000000" w:rsidP="00D34EA3">
            <w:r w:rsidRPr="006B437F">
              <w:rPr>
                <w:color w:val="121214"/>
                <w:sz w:val="16"/>
              </w:rPr>
              <w:t>Category 2</w:t>
            </w:r>
          </w:p>
        </w:tc>
        <w:tc>
          <w:tcPr>
            <w:tcW w:w="2038" w:type="pct"/>
          </w:tcPr>
          <w:p w14:paraId="5EC909D3" w14:textId="77777777" w:rsidR="00946D2F" w:rsidRPr="006B437F" w:rsidRDefault="00000000" w:rsidP="00D34EA3">
            <w:r w:rsidRPr="006B437F">
              <w:rPr>
                <w:color w:val="121214"/>
                <w:sz w:val="16"/>
              </w:rPr>
              <w:t>[priority action, recommendation, mechanism, or implication]</w:t>
            </w:r>
          </w:p>
        </w:tc>
        <w:tc>
          <w:tcPr>
            <w:tcW w:w="1962" w:type="pct"/>
          </w:tcPr>
          <w:p w14:paraId="618ABEEA" w14:textId="77777777" w:rsidR="00946D2F" w:rsidRPr="006B437F" w:rsidRDefault="00000000" w:rsidP="00D34EA3">
            <w:r w:rsidRPr="006B437F">
              <w:rPr>
                <w:color w:val="121214"/>
                <w:sz w:val="16"/>
              </w:rPr>
              <w:t>[expected effect, pathway, or contribution]</w:t>
            </w:r>
          </w:p>
        </w:tc>
      </w:tr>
      <w:tr w:rsidR="00946D2F" w:rsidRPr="006B437F" w14:paraId="3730E207" w14:textId="77777777" w:rsidTr="00EF59E6">
        <w:tc>
          <w:tcPr>
            <w:tcW w:w="1000" w:type="pct"/>
          </w:tcPr>
          <w:p w14:paraId="5FE536B9" w14:textId="77777777" w:rsidR="00946D2F" w:rsidRPr="006B437F" w:rsidRDefault="00000000" w:rsidP="00D34EA3">
            <w:r w:rsidRPr="006B437F">
              <w:rPr>
                <w:color w:val="121214"/>
                <w:sz w:val="16"/>
              </w:rPr>
              <w:t>Category 3</w:t>
            </w:r>
          </w:p>
        </w:tc>
        <w:tc>
          <w:tcPr>
            <w:tcW w:w="2038" w:type="pct"/>
          </w:tcPr>
          <w:p w14:paraId="777152E9" w14:textId="77777777" w:rsidR="00946D2F" w:rsidRPr="006B437F" w:rsidRDefault="00000000" w:rsidP="00D34EA3">
            <w:r w:rsidRPr="006B437F">
              <w:rPr>
                <w:color w:val="121214"/>
                <w:sz w:val="16"/>
              </w:rPr>
              <w:t>[priority action, recommendation, mechanism, or implication]</w:t>
            </w:r>
          </w:p>
        </w:tc>
        <w:tc>
          <w:tcPr>
            <w:tcW w:w="1962" w:type="pct"/>
          </w:tcPr>
          <w:p w14:paraId="5186B093" w14:textId="77777777" w:rsidR="00946D2F" w:rsidRPr="006B437F" w:rsidRDefault="00000000" w:rsidP="00D34EA3">
            <w:r w:rsidRPr="006B437F">
              <w:rPr>
                <w:color w:val="121214"/>
                <w:sz w:val="16"/>
              </w:rPr>
              <w:t>[expected effect, pathway, or contribution]</w:t>
            </w:r>
          </w:p>
        </w:tc>
      </w:tr>
      <w:tr w:rsidR="00946D2F" w:rsidRPr="006B437F" w14:paraId="36DB86F9" w14:textId="77777777" w:rsidTr="00EF59E6">
        <w:tc>
          <w:tcPr>
            <w:tcW w:w="1000" w:type="pct"/>
          </w:tcPr>
          <w:p w14:paraId="695BEC39" w14:textId="77777777" w:rsidR="00946D2F" w:rsidRPr="006B437F" w:rsidRDefault="00000000" w:rsidP="00D34EA3">
            <w:r w:rsidRPr="006B437F">
              <w:rPr>
                <w:color w:val="121214"/>
                <w:sz w:val="16"/>
              </w:rPr>
              <w:t>Category 4</w:t>
            </w:r>
          </w:p>
        </w:tc>
        <w:tc>
          <w:tcPr>
            <w:tcW w:w="2038" w:type="pct"/>
          </w:tcPr>
          <w:p w14:paraId="06824411" w14:textId="77777777" w:rsidR="00946D2F" w:rsidRPr="006B437F" w:rsidRDefault="00000000" w:rsidP="00D34EA3">
            <w:r w:rsidRPr="006B437F">
              <w:rPr>
                <w:color w:val="121214"/>
                <w:sz w:val="16"/>
              </w:rPr>
              <w:t>[priority action, recommendation, mechanism, or implication]</w:t>
            </w:r>
          </w:p>
        </w:tc>
        <w:tc>
          <w:tcPr>
            <w:tcW w:w="1962" w:type="pct"/>
          </w:tcPr>
          <w:p w14:paraId="4E79EF3B" w14:textId="77777777" w:rsidR="00946D2F" w:rsidRPr="006B437F" w:rsidRDefault="00000000" w:rsidP="00D34EA3">
            <w:r w:rsidRPr="006B437F">
              <w:rPr>
                <w:color w:val="121214"/>
                <w:sz w:val="16"/>
              </w:rPr>
              <w:t>[expected effect, pathway, or contribution]</w:t>
            </w:r>
          </w:p>
        </w:tc>
      </w:tr>
      <w:tr w:rsidR="00946D2F" w:rsidRPr="006B437F" w14:paraId="6621BF21" w14:textId="77777777" w:rsidTr="00EF59E6">
        <w:tc>
          <w:tcPr>
            <w:tcW w:w="1000" w:type="pct"/>
          </w:tcPr>
          <w:p w14:paraId="1ED5BE73" w14:textId="77777777" w:rsidR="00946D2F" w:rsidRPr="006B437F" w:rsidRDefault="00000000" w:rsidP="00D34EA3">
            <w:r w:rsidRPr="006B437F">
              <w:rPr>
                <w:color w:val="121214"/>
                <w:sz w:val="16"/>
              </w:rPr>
              <w:t>Category 5</w:t>
            </w:r>
          </w:p>
        </w:tc>
        <w:tc>
          <w:tcPr>
            <w:tcW w:w="2038" w:type="pct"/>
          </w:tcPr>
          <w:p w14:paraId="08F7F9E7" w14:textId="77777777" w:rsidR="00946D2F" w:rsidRPr="006B437F" w:rsidRDefault="00000000" w:rsidP="00D34EA3">
            <w:r w:rsidRPr="006B437F">
              <w:rPr>
                <w:color w:val="121214"/>
                <w:sz w:val="16"/>
              </w:rPr>
              <w:t>[priority action, recommendation, mechanism, or implication]</w:t>
            </w:r>
          </w:p>
        </w:tc>
        <w:tc>
          <w:tcPr>
            <w:tcW w:w="1962" w:type="pct"/>
          </w:tcPr>
          <w:p w14:paraId="2C3AC845" w14:textId="77777777" w:rsidR="00946D2F" w:rsidRPr="006B437F" w:rsidRDefault="00000000" w:rsidP="00D34EA3">
            <w:r w:rsidRPr="006B437F">
              <w:rPr>
                <w:color w:val="121214"/>
                <w:sz w:val="16"/>
              </w:rPr>
              <w:t>[expected effect, pathway, or contribution]</w:t>
            </w:r>
          </w:p>
        </w:tc>
      </w:tr>
    </w:tbl>
    <w:p w14:paraId="37AE3A71" w14:textId="77777777" w:rsidR="00946D2F" w:rsidRPr="006B437F" w:rsidRDefault="00946D2F" w:rsidP="00D34EA3">
      <w:pPr>
        <w:spacing w:line="240" w:lineRule="auto"/>
      </w:pPr>
    </w:p>
    <w:p w14:paraId="3204D8A5"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w:t>
      </w:r>
    </w:p>
    <w:p w14:paraId="7EF7F260" w14:textId="77777777" w:rsidR="00946D2F" w:rsidRPr="006B437F" w:rsidRDefault="00000000" w:rsidP="00D34EA3">
      <w:pPr>
        <w:keepNext/>
        <w:spacing w:before="80" w:after="60" w:line="240" w:lineRule="auto"/>
        <w:rPr>
          <w:i/>
          <w:iCs/>
          <w:sz w:val="21"/>
          <w:szCs w:val="21"/>
        </w:rPr>
      </w:pPr>
      <w:r w:rsidRPr="006B437F">
        <w:rPr>
          <w:i/>
          <w:iCs/>
          <w:color w:val="002060"/>
          <w:sz w:val="21"/>
          <w:szCs w:val="21"/>
        </w:rPr>
        <w:t>4.2.3. Methodological implications, limitations, and future research</w:t>
      </w:r>
    </w:p>
    <w:p w14:paraId="091A552C"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w:t>
      </w:r>
    </w:p>
    <w:p w14:paraId="52423C0B" w14:textId="77777777" w:rsidR="00946D2F" w:rsidRPr="006B437F" w:rsidRDefault="00000000" w:rsidP="00EF59E6">
      <w:pPr>
        <w:spacing w:after="80" w:line="240" w:lineRule="auto"/>
        <w:ind w:firstLine="426"/>
        <w:jc w:val="both"/>
        <w:rPr>
          <w:sz w:val="19"/>
          <w:szCs w:val="19"/>
        </w:rPr>
      </w:pPr>
      <w:r w:rsidRPr="006B437F">
        <w:rPr>
          <w:color w:val="121214"/>
          <w:sz w:val="19"/>
          <w:szCs w:val="19"/>
        </w:rPr>
        <w:t>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differences, develop the contribution and practical implications, acknowledge.</w:t>
      </w:r>
    </w:p>
    <w:p w14:paraId="520661A3" w14:textId="77777777" w:rsidR="00946D2F" w:rsidRPr="006B437F" w:rsidRDefault="00000000" w:rsidP="00EF59E6">
      <w:pPr>
        <w:spacing w:after="80" w:line="240" w:lineRule="auto"/>
        <w:ind w:firstLine="426"/>
        <w:jc w:val="both"/>
        <w:rPr>
          <w:sz w:val="19"/>
          <w:szCs w:val="19"/>
        </w:rPr>
      </w:pPr>
      <w:r w:rsidRPr="006B437F">
        <w:rPr>
          <w:color w:val="121214"/>
          <w:sz w:val="19"/>
          <w:szCs w:val="19"/>
        </w:rPr>
        <w:t xml:space="preserve">Replace this sample text with the discussion. Interpret the findings in relation to prior research and theory, explain agreements or differences, develop the contribution and practical implications, acknowledge limitations, and identify a focused future research agenda Replace this sample text with the discussion. Interpret the findings in relation to prior research and theory, explain agreements or </w:t>
      </w:r>
      <w:r w:rsidRPr="006B437F">
        <w:rPr>
          <w:color w:val="121214"/>
          <w:sz w:val="19"/>
          <w:szCs w:val="19"/>
        </w:rPr>
        <w:lastRenderedPageBreak/>
        <w:t>differences, develop the contribution and practical implications, acknowledge limitations, and identify a focused future.</w:t>
      </w:r>
    </w:p>
    <w:p w14:paraId="59DC9CC7" w14:textId="77777777" w:rsidR="00946D2F" w:rsidRPr="006B437F" w:rsidRDefault="00000000" w:rsidP="00D34EA3">
      <w:pPr>
        <w:keepNext/>
        <w:spacing w:before="120" w:after="60" w:line="240" w:lineRule="auto"/>
      </w:pPr>
      <w:r w:rsidRPr="006B437F">
        <w:rPr>
          <w:b/>
          <w:color w:val="002060"/>
          <w:sz w:val="23"/>
        </w:rPr>
        <w:t>5. Conclusion</w:t>
      </w:r>
    </w:p>
    <w:p w14:paraId="7F777414" w14:textId="77777777" w:rsidR="00946D2F" w:rsidRPr="006B437F" w:rsidRDefault="00000000" w:rsidP="00D34EA3">
      <w:pPr>
        <w:spacing w:after="80" w:line="240" w:lineRule="auto"/>
        <w:jc w:val="both"/>
        <w:rPr>
          <w:sz w:val="19"/>
          <w:szCs w:val="19"/>
        </w:rPr>
      </w:pPr>
      <w:r w:rsidRPr="006B437F">
        <w:rPr>
          <w:color w:val="121214"/>
          <w:sz w:val="19"/>
          <w:szCs w:val="19"/>
        </w:rPr>
        <w:t>Replace this sample text with the conclusion. Synthesize the main findings, state the principal contribution and implications, remain consistent with the evidence presented, and avoid introducing new data, references, or unsupported claims Replace this sample text with the conclusion. Synthesize the main findings, state the principal contribution and implications, remain consistent with the evidence presented, and avoid introducing new data, references, or unsupported claims Replace this sample text with the conclusion. Synthesize the main findings, state the principal contribution and implications, remain consistent with the evidence presented, and avoid introducing new data, references, or unsupported claims Replace this sample text with the conclusion. Synthesize the main findings, state the principal contribution and implications, remain consistent with the evidence presented, and avoid introducing new data, references, or unsupported claims Replace this sample text with the conclusion. Synthesize the main findings, state the principal contribution and implications, remain consistent.</w:t>
      </w:r>
    </w:p>
    <w:p w14:paraId="24AD11C9" w14:textId="77777777" w:rsidR="000C394B" w:rsidRPr="006B437F" w:rsidRDefault="00000000">
      <w:pPr>
        <w:keepNext/>
        <w:spacing w:before="120" w:after="60" w:line="240" w:lineRule="auto"/>
      </w:pPr>
      <w:r w:rsidRPr="006B437F">
        <w:rPr>
          <w:b/>
          <w:color w:val="002060"/>
          <w:sz w:val="23"/>
        </w:rPr>
        <w:t>Ethics approval statement</w:t>
      </w:r>
    </w:p>
    <w:p w14:paraId="1E9022DD" w14:textId="77777777" w:rsidR="000C394B" w:rsidRPr="006B437F" w:rsidRDefault="00000000">
      <w:pPr>
        <w:spacing w:after="80" w:line="240" w:lineRule="auto"/>
        <w:jc w:val="both"/>
        <w:rPr>
          <w:sz w:val="19"/>
          <w:szCs w:val="19"/>
        </w:rPr>
      </w:pPr>
      <w:r w:rsidRPr="006B437F">
        <w:t>Replace this text with the study-specific ethics approval statement, including the approving body and approval number when applicable. If formal review was not required, provide the reason.</w:t>
      </w:r>
    </w:p>
    <w:p w14:paraId="1A963FC5" w14:textId="77777777" w:rsidR="000C394B" w:rsidRPr="006B437F" w:rsidRDefault="00000000">
      <w:pPr>
        <w:keepNext/>
        <w:spacing w:before="120" w:after="60" w:line="240" w:lineRule="auto"/>
      </w:pPr>
      <w:r w:rsidRPr="006B437F">
        <w:rPr>
          <w:b/>
          <w:color w:val="002060"/>
          <w:sz w:val="23"/>
        </w:rPr>
        <w:t>Informed consent statement</w:t>
      </w:r>
    </w:p>
    <w:p w14:paraId="111926FC" w14:textId="77777777" w:rsidR="000C394B" w:rsidRPr="006B437F" w:rsidRDefault="00000000">
      <w:pPr>
        <w:spacing w:after="80" w:line="240" w:lineRule="auto"/>
        <w:jc w:val="both"/>
        <w:rPr>
          <w:sz w:val="19"/>
          <w:szCs w:val="19"/>
        </w:rPr>
      </w:pPr>
      <w:r w:rsidRPr="006B437F">
        <w:t>Replace this text with the informed consent statement. State whether consent was obtained, waived, or not applicable, and ensure consistency with the research design.</w:t>
      </w:r>
    </w:p>
    <w:p w14:paraId="0CF950CA" w14:textId="77777777" w:rsidR="00946D2F" w:rsidRPr="006B437F" w:rsidRDefault="00000000" w:rsidP="00D34EA3">
      <w:pPr>
        <w:keepNext/>
        <w:spacing w:before="120" w:after="60" w:line="240" w:lineRule="auto"/>
      </w:pPr>
      <w:r w:rsidRPr="006B437F">
        <w:rPr>
          <w:b/>
          <w:color w:val="002060"/>
          <w:sz w:val="23"/>
        </w:rPr>
        <w:t>Author contribution statement</w:t>
      </w:r>
    </w:p>
    <w:p w14:paraId="539D148C" w14:textId="77777777" w:rsidR="00946D2F" w:rsidRPr="006B437F" w:rsidRDefault="00000000" w:rsidP="00D34EA3">
      <w:pPr>
        <w:spacing w:after="80" w:line="240" w:lineRule="auto"/>
        <w:jc w:val="both"/>
        <w:rPr>
          <w:sz w:val="19"/>
          <w:szCs w:val="19"/>
        </w:rPr>
      </w:pPr>
      <w:r w:rsidRPr="006B437F">
        <w:t xml:space="preserve">[First Author]: Conceptualization, Methodology, Formal analysis, Data curation, Visualization, Writing - original draft, Writing - review &amp; editing. [Second Author]: Conceptualization, Investigation, Validation, Writing - review &amp; editing. Adjust roles according to the actual </w:t>
      </w:r>
      <w:proofErr w:type="spellStart"/>
      <w:r w:rsidRPr="006B437F">
        <w:t>CRediT</w:t>
      </w:r>
      <w:proofErr w:type="spellEnd"/>
      <w:r w:rsidRPr="006B437F">
        <w:t xml:space="preserve"> contribution of each author.</w:t>
      </w:r>
    </w:p>
    <w:p w14:paraId="4C2A1D6B" w14:textId="77777777" w:rsidR="00946D2F" w:rsidRPr="006B437F" w:rsidRDefault="00000000" w:rsidP="00D34EA3">
      <w:pPr>
        <w:keepNext/>
        <w:spacing w:before="120" w:after="60" w:line="240" w:lineRule="auto"/>
      </w:pPr>
      <w:r w:rsidRPr="006B437F">
        <w:rPr>
          <w:b/>
          <w:color w:val="002060"/>
          <w:sz w:val="23"/>
        </w:rPr>
        <w:t>Acknowledgments</w:t>
      </w:r>
    </w:p>
    <w:p w14:paraId="06B7748E" w14:textId="77777777" w:rsidR="00946D2F" w:rsidRPr="006B437F" w:rsidRDefault="00000000" w:rsidP="00D34EA3">
      <w:pPr>
        <w:spacing w:after="80" w:line="240" w:lineRule="auto"/>
        <w:jc w:val="both"/>
        <w:rPr>
          <w:sz w:val="19"/>
          <w:szCs w:val="19"/>
        </w:rPr>
      </w:pPr>
      <w:r w:rsidRPr="006B437F">
        <w:t>Replace this text with acknowledgments for individuals, institutions, data providers, facilities, or non-author contributions that supported the work. Omit this section when not applicable.</w:t>
      </w:r>
    </w:p>
    <w:p w14:paraId="46FF2787" w14:textId="77777777" w:rsidR="00946D2F" w:rsidRPr="006B437F" w:rsidRDefault="00000000" w:rsidP="00D34EA3">
      <w:pPr>
        <w:keepNext/>
        <w:spacing w:before="120" w:after="60" w:line="240" w:lineRule="auto"/>
      </w:pPr>
      <w:r w:rsidRPr="006B437F">
        <w:rPr>
          <w:b/>
          <w:color w:val="002060"/>
          <w:sz w:val="23"/>
        </w:rPr>
        <w:t>Disclosure statement</w:t>
      </w:r>
    </w:p>
    <w:p w14:paraId="459C4BDF" w14:textId="77777777" w:rsidR="00946D2F" w:rsidRPr="006B437F" w:rsidRDefault="00000000" w:rsidP="00D34EA3">
      <w:pPr>
        <w:spacing w:after="80" w:line="240" w:lineRule="auto"/>
        <w:jc w:val="both"/>
      </w:pPr>
      <w:r w:rsidRPr="006B437F">
        <w:t>The authors declare no conflict of interest with respect to the research, authorship, or publication of this article. Revise this statement if any financial or non-financial competing interest exists.</w:t>
      </w:r>
    </w:p>
    <w:p w14:paraId="18177E16" w14:textId="77777777" w:rsidR="00946D2F" w:rsidRPr="006B437F" w:rsidRDefault="00000000" w:rsidP="00D34EA3">
      <w:pPr>
        <w:keepNext/>
        <w:spacing w:before="120" w:after="60" w:line="240" w:lineRule="auto"/>
      </w:pPr>
      <w:r w:rsidRPr="006B437F">
        <w:rPr>
          <w:b/>
          <w:color w:val="002060"/>
          <w:sz w:val="23"/>
        </w:rPr>
        <w:t>AI-assisted technologies disclosure</w:t>
      </w:r>
    </w:p>
    <w:p w14:paraId="584CBDD3" w14:textId="77777777" w:rsidR="00946D2F" w:rsidRPr="006B437F" w:rsidRDefault="00000000" w:rsidP="00D34EA3">
      <w:pPr>
        <w:spacing w:after="80" w:line="240" w:lineRule="auto"/>
        <w:jc w:val="both"/>
        <w:rPr>
          <w:sz w:val="19"/>
          <w:szCs w:val="19"/>
        </w:rPr>
      </w:pPr>
      <w:r w:rsidRPr="006B437F">
        <w:t>State transparently whether AI-assisted technologies were used and for what limited purpose. The authors remain responsible for the accuracy, originality, source verification, and integrity of the manuscript.</w:t>
      </w:r>
    </w:p>
    <w:p w14:paraId="131B2B76" w14:textId="77777777" w:rsidR="00946D2F" w:rsidRPr="006B437F" w:rsidRDefault="00000000" w:rsidP="00D34EA3">
      <w:pPr>
        <w:keepNext/>
        <w:spacing w:before="120" w:after="60" w:line="240" w:lineRule="auto"/>
      </w:pPr>
      <w:r w:rsidRPr="006B437F">
        <w:rPr>
          <w:b/>
          <w:color w:val="002060"/>
          <w:sz w:val="23"/>
        </w:rPr>
        <w:t>ORCID</w:t>
      </w:r>
    </w:p>
    <w:p w14:paraId="145EFF3F" w14:textId="2D9D6F2E" w:rsidR="00946D2F" w:rsidRPr="006B437F" w:rsidRDefault="006B437F" w:rsidP="00D34EA3">
      <w:pPr>
        <w:spacing w:after="80" w:line="240" w:lineRule="auto"/>
        <w:jc w:val="both"/>
        <w:rPr>
          <w:color w:val="121214"/>
        </w:rPr>
      </w:pPr>
      <w:r w:rsidRPr="006B437F">
        <w:rPr>
          <w:color w:val="121214"/>
        </w:rPr>
        <w:t xml:space="preserve">[First Author]: </w:t>
      </w:r>
      <w:proofErr w:type="gramStart"/>
      <w:r w:rsidRPr="006B437F">
        <w:rPr>
          <w:color w:val="121214"/>
        </w:rPr>
        <w:t>https://orcid.org/[</w:t>
      </w:r>
      <w:proofErr w:type="gramEnd"/>
      <w:r w:rsidRPr="006B437F">
        <w:rPr>
          <w:color w:val="121214"/>
        </w:rPr>
        <w:t>0000-0000-0000-0000]</w:t>
      </w:r>
      <w:hyperlink r:id="rId19" w:history="1"/>
    </w:p>
    <w:p w14:paraId="68EA5626" w14:textId="253851D9" w:rsidR="006B437F" w:rsidRPr="006B437F" w:rsidRDefault="006B437F" w:rsidP="00D34EA3">
      <w:pPr>
        <w:spacing w:after="80" w:line="240" w:lineRule="auto"/>
        <w:jc w:val="both"/>
      </w:pPr>
      <w:r w:rsidRPr="006B437F">
        <w:rPr>
          <w:color w:val="121214"/>
        </w:rPr>
        <w:t xml:space="preserve">[Second Author]: </w:t>
      </w:r>
      <w:proofErr w:type="gramStart"/>
      <w:r w:rsidRPr="006B437F">
        <w:rPr>
          <w:color w:val="121214"/>
        </w:rPr>
        <w:t>https://orcid.org/[</w:t>
      </w:r>
      <w:proofErr w:type="gramEnd"/>
      <w:r w:rsidRPr="006B437F">
        <w:rPr>
          <w:color w:val="121214"/>
        </w:rPr>
        <w:t>0000-0000-0000-0000]</w:t>
      </w:r>
      <w:hyperlink r:id="rId20" w:history="1"/>
    </w:p>
    <w:p w14:paraId="1B72E244" w14:textId="77777777" w:rsidR="00946D2F" w:rsidRPr="006B437F" w:rsidRDefault="00000000" w:rsidP="00D34EA3">
      <w:pPr>
        <w:keepNext/>
        <w:spacing w:before="120" w:after="60" w:line="240" w:lineRule="auto"/>
      </w:pPr>
      <w:r w:rsidRPr="006B437F">
        <w:rPr>
          <w:b/>
          <w:color w:val="002060"/>
          <w:sz w:val="23"/>
        </w:rPr>
        <w:t>Data availability statement</w:t>
      </w:r>
    </w:p>
    <w:p w14:paraId="215EFE08" w14:textId="77777777" w:rsidR="00946D2F" w:rsidRPr="006B437F" w:rsidRDefault="00000000" w:rsidP="00D34EA3">
      <w:pPr>
        <w:spacing w:after="80" w:line="240" w:lineRule="auto"/>
        <w:jc w:val="both"/>
        <w:rPr>
          <w:sz w:val="19"/>
          <w:szCs w:val="19"/>
        </w:rPr>
      </w:pPr>
      <w:r w:rsidRPr="006B437F">
        <w:rPr>
          <w:color w:val="121214"/>
          <w:sz w:val="19"/>
          <w:szCs w:val="19"/>
        </w:rPr>
        <w:t>Replace this text with a data availability statement identifying where the underlying data, code, materials, or supplementary resources can be accessed, including repository links or justified access restrictions when applicable.</w:t>
      </w:r>
    </w:p>
    <w:p w14:paraId="54443CA4" w14:textId="77777777" w:rsidR="00946D2F" w:rsidRPr="006B437F" w:rsidRDefault="00000000" w:rsidP="00D34EA3">
      <w:pPr>
        <w:keepNext/>
        <w:spacing w:before="120" w:after="60" w:line="240" w:lineRule="auto"/>
      </w:pPr>
      <w:r w:rsidRPr="006B437F">
        <w:rPr>
          <w:b/>
          <w:color w:val="002060"/>
          <w:sz w:val="23"/>
        </w:rPr>
        <w:t>References</w:t>
      </w:r>
    </w:p>
    <w:p w14:paraId="05FB001E"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1" w:name="Ref_1"/>
      <w:bookmarkEnd w:id="11"/>
      <w:r w:rsidRPr="005F3A24">
        <w:rPr>
          <w:color w:val="121214"/>
          <w:sz w:val="16"/>
          <w:szCs w:val="16"/>
        </w:rPr>
        <w:t xml:space="preserve">A. A. Author and B. B. Author, "Article title placeholder for reference 1," </w:t>
      </w:r>
      <w:r w:rsidRPr="005F3A24">
        <w:rPr>
          <w:i/>
          <w:color w:val="121214"/>
          <w:sz w:val="16"/>
          <w:szCs w:val="16"/>
        </w:rPr>
        <w:t>Journal Title</w:t>
      </w:r>
      <w:r w:rsidRPr="005F3A24">
        <w:rPr>
          <w:color w:val="121214"/>
          <w:sz w:val="16"/>
          <w:szCs w:val="16"/>
        </w:rPr>
        <w:t xml:space="preserve">, vol. XX, no. X, pp. XX-XX, 20XX. </w:t>
      </w:r>
      <w:hyperlink r:id="rId21">
        <w:r w:rsidR="00946D2F" w:rsidRPr="005F3A24">
          <w:rPr>
            <w:color w:val="1E37A0"/>
            <w:sz w:val="16"/>
            <w:szCs w:val="16"/>
          </w:rPr>
          <w:t>https://doi.org/10.xxxx/xxxxx</w:t>
        </w:r>
      </w:hyperlink>
      <w:r w:rsidRPr="005F3A24">
        <w:rPr>
          <w:color w:val="121214"/>
          <w:sz w:val="16"/>
          <w:szCs w:val="16"/>
        </w:rPr>
        <w:t>.</w:t>
      </w:r>
    </w:p>
    <w:p w14:paraId="0E01F78D"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2" w:name="Ref_2"/>
      <w:bookmarkEnd w:id="12"/>
      <w:r w:rsidRPr="005F3A24">
        <w:rPr>
          <w:color w:val="121214"/>
          <w:sz w:val="16"/>
          <w:szCs w:val="16"/>
        </w:rPr>
        <w:t xml:space="preserve">A. A. Author and B. B. Author, "Article title placeholder for reference 2," </w:t>
      </w:r>
      <w:r w:rsidRPr="005F3A24">
        <w:rPr>
          <w:i/>
          <w:color w:val="121214"/>
          <w:sz w:val="16"/>
          <w:szCs w:val="16"/>
        </w:rPr>
        <w:t>Journal Title</w:t>
      </w:r>
      <w:r w:rsidRPr="005F3A24">
        <w:rPr>
          <w:color w:val="121214"/>
          <w:sz w:val="16"/>
          <w:szCs w:val="16"/>
        </w:rPr>
        <w:t xml:space="preserve">, vol. XX, no. X, pp. XX-XX, 20XX. </w:t>
      </w:r>
      <w:hyperlink r:id="rId22">
        <w:r w:rsidR="00946D2F" w:rsidRPr="005F3A24">
          <w:rPr>
            <w:color w:val="1E37A0"/>
            <w:sz w:val="16"/>
            <w:szCs w:val="16"/>
          </w:rPr>
          <w:t>https://doi.org/10.xxxx/xxxxx</w:t>
        </w:r>
      </w:hyperlink>
      <w:r w:rsidRPr="005F3A24">
        <w:rPr>
          <w:color w:val="121214"/>
          <w:sz w:val="16"/>
          <w:szCs w:val="16"/>
        </w:rPr>
        <w:t>.</w:t>
      </w:r>
    </w:p>
    <w:p w14:paraId="7260F812"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3" w:name="Ref_3"/>
      <w:bookmarkEnd w:id="13"/>
      <w:r w:rsidRPr="005F3A24">
        <w:rPr>
          <w:color w:val="121214"/>
          <w:sz w:val="16"/>
          <w:szCs w:val="16"/>
        </w:rPr>
        <w:t>A. A. Author and B. B. Author, "Article title placeholder for reference 3,"</w:t>
      </w:r>
    </w:p>
    <w:p w14:paraId="0D9272A0"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4" w:name="Ref_4"/>
      <w:bookmarkEnd w:id="14"/>
      <w:r w:rsidRPr="005F3A24">
        <w:rPr>
          <w:color w:val="121214"/>
          <w:sz w:val="16"/>
          <w:szCs w:val="16"/>
        </w:rPr>
        <w:lastRenderedPageBreak/>
        <w:t>A. A. Author and B. B. Author, "Article title placeholder for reference 4,"</w:t>
      </w:r>
    </w:p>
    <w:p w14:paraId="514D8D5D"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5" w:name="Ref_5"/>
      <w:bookmarkEnd w:id="15"/>
      <w:r w:rsidRPr="005F3A24">
        <w:rPr>
          <w:color w:val="121214"/>
          <w:sz w:val="16"/>
          <w:szCs w:val="16"/>
        </w:rPr>
        <w:t>A. A. Author and B. B. Author, "Article title placeholder for reference 5,"</w:t>
      </w:r>
    </w:p>
    <w:p w14:paraId="339F0411"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6" w:name="Ref_6"/>
      <w:bookmarkEnd w:id="16"/>
      <w:r w:rsidRPr="005F3A24">
        <w:rPr>
          <w:color w:val="121214"/>
          <w:sz w:val="16"/>
          <w:szCs w:val="16"/>
        </w:rPr>
        <w:t xml:space="preserve">A. A. Author and B. B. Author, "Article title placeholder for reference 6," </w:t>
      </w:r>
      <w:r w:rsidRPr="005F3A24">
        <w:rPr>
          <w:i/>
          <w:color w:val="121214"/>
          <w:sz w:val="16"/>
          <w:szCs w:val="16"/>
        </w:rPr>
        <w:t>Journal Title</w:t>
      </w:r>
      <w:r w:rsidRPr="005F3A24">
        <w:rPr>
          <w:color w:val="121214"/>
          <w:sz w:val="16"/>
          <w:szCs w:val="16"/>
        </w:rPr>
        <w:t xml:space="preserve">, vol. XX, no. X, pp. XX-XX, 20XX. </w:t>
      </w:r>
      <w:hyperlink r:id="rId23">
        <w:r w:rsidR="00946D2F" w:rsidRPr="005F3A24">
          <w:rPr>
            <w:color w:val="1E37A0"/>
            <w:sz w:val="16"/>
            <w:szCs w:val="16"/>
          </w:rPr>
          <w:t>https://doi.org/10.xxxx/xxxxx</w:t>
        </w:r>
      </w:hyperlink>
      <w:r w:rsidRPr="005F3A24">
        <w:rPr>
          <w:color w:val="121214"/>
          <w:sz w:val="16"/>
          <w:szCs w:val="16"/>
        </w:rPr>
        <w:t>.</w:t>
      </w:r>
    </w:p>
    <w:p w14:paraId="2A8B1B1F"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7" w:name="Ref_7"/>
      <w:bookmarkEnd w:id="17"/>
      <w:r w:rsidRPr="005F3A24">
        <w:rPr>
          <w:color w:val="121214"/>
          <w:sz w:val="16"/>
          <w:szCs w:val="16"/>
        </w:rPr>
        <w:t xml:space="preserve">A. A. Author and B. B. Author, "Article title placeholder for reference 7," </w:t>
      </w:r>
      <w:r w:rsidRPr="005F3A24">
        <w:rPr>
          <w:i/>
          <w:color w:val="121214"/>
          <w:sz w:val="16"/>
          <w:szCs w:val="16"/>
        </w:rPr>
        <w:t>Journal Title</w:t>
      </w:r>
      <w:r w:rsidRPr="005F3A24">
        <w:rPr>
          <w:color w:val="121214"/>
          <w:sz w:val="16"/>
          <w:szCs w:val="16"/>
        </w:rPr>
        <w:t xml:space="preserve">, vol. XX, no. X, pp. XX-XX, 20XX. </w:t>
      </w:r>
      <w:hyperlink r:id="rId24">
        <w:r w:rsidR="00946D2F" w:rsidRPr="005F3A24">
          <w:rPr>
            <w:color w:val="1E37A0"/>
            <w:sz w:val="16"/>
            <w:szCs w:val="16"/>
          </w:rPr>
          <w:t>https://doi.org/10.xxxx/xxxxx</w:t>
        </w:r>
      </w:hyperlink>
      <w:r w:rsidRPr="005F3A24">
        <w:rPr>
          <w:color w:val="121214"/>
          <w:sz w:val="16"/>
          <w:szCs w:val="16"/>
        </w:rPr>
        <w:t>.</w:t>
      </w:r>
    </w:p>
    <w:p w14:paraId="27EA2550"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8" w:name="Ref_8"/>
      <w:bookmarkEnd w:id="18"/>
      <w:r w:rsidRPr="005F3A24">
        <w:rPr>
          <w:color w:val="121214"/>
          <w:sz w:val="16"/>
          <w:szCs w:val="16"/>
        </w:rPr>
        <w:t xml:space="preserve">A. A. Author and B. B. Author, "Article title placeholder for reference 8," </w:t>
      </w:r>
      <w:r w:rsidRPr="005F3A24">
        <w:rPr>
          <w:i/>
          <w:color w:val="121214"/>
          <w:sz w:val="16"/>
          <w:szCs w:val="16"/>
        </w:rPr>
        <w:t>Journal Title</w:t>
      </w:r>
      <w:r w:rsidRPr="005F3A24">
        <w:rPr>
          <w:color w:val="121214"/>
          <w:sz w:val="16"/>
          <w:szCs w:val="16"/>
        </w:rPr>
        <w:t xml:space="preserve">, vol. XX, no. X, pp. XX-XX, 20XX. </w:t>
      </w:r>
      <w:hyperlink r:id="rId25">
        <w:r w:rsidR="00946D2F" w:rsidRPr="005F3A24">
          <w:rPr>
            <w:color w:val="1E37A0"/>
            <w:sz w:val="16"/>
            <w:szCs w:val="16"/>
          </w:rPr>
          <w:t>https://doi.org/10.xxxx/xxxxx</w:t>
        </w:r>
      </w:hyperlink>
      <w:r w:rsidRPr="005F3A24">
        <w:rPr>
          <w:color w:val="121214"/>
          <w:sz w:val="16"/>
          <w:szCs w:val="16"/>
        </w:rPr>
        <w:t>.</w:t>
      </w:r>
    </w:p>
    <w:p w14:paraId="5251FBEB"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19" w:name="Ref_9"/>
      <w:bookmarkEnd w:id="19"/>
      <w:r w:rsidRPr="005F3A24">
        <w:rPr>
          <w:color w:val="121214"/>
          <w:sz w:val="16"/>
          <w:szCs w:val="16"/>
        </w:rPr>
        <w:t xml:space="preserve">A. A. Author and B. B. Author, "Article title placeholder for reference 9," </w:t>
      </w:r>
      <w:r w:rsidRPr="005F3A24">
        <w:rPr>
          <w:i/>
          <w:color w:val="121214"/>
          <w:sz w:val="16"/>
          <w:szCs w:val="16"/>
        </w:rPr>
        <w:t>Journal Title</w:t>
      </w:r>
      <w:r w:rsidRPr="005F3A24">
        <w:rPr>
          <w:color w:val="121214"/>
          <w:sz w:val="16"/>
          <w:szCs w:val="16"/>
        </w:rPr>
        <w:t xml:space="preserve">, vol. XX, no. X, pp. XX-XX, 20XX. </w:t>
      </w:r>
      <w:hyperlink r:id="rId26">
        <w:r w:rsidR="00946D2F" w:rsidRPr="005F3A24">
          <w:rPr>
            <w:color w:val="1E37A0"/>
            <w:sz w:val="16"/>
            <w:szCs w:val="16"/>
          </w:rPr>
          <w:t>https://doi.org/10.xxxx/xxxxx</w:t>
        </w:r>
      </w:hyperlink>
      <w:r w:rsidRPr="005F3A24">
        <w:rPr>
          <w:color w:val="121214"/>
          <w:sz w:val="16"/>
          <w:szCs w:val="16"/>
        </w:rPr>
        <w:t>.</w:t>
      </w:r>
    </w:p>
    <w:p w14:paraId="16EE6ADF"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0" w:name="Ref_10"/>
      <w:bookmarkEnd w:id="20"/>
      <w:r w:rsidRPr="005F3A24">
        <w:rPr>
          <w:color w:val="121214"/>
          <w:sz w:val="16"/>
          <w:szCs w:val="16"/>
        </w:rPr>
        <w:t xml:space="preserve">A. A. Author and B. B. Author, "Article title placeholder for reference 10," </w:t>
      </w:r>
      <w:r w:rsidRPr="005F3A24">
        <w:rPr>
          <w:i/>
          <w:color w:val="121214"/>
          <w:sz w:val="16"/>
          <w:szCs w:val="16"/>
        </w:rPr>
        <w:t>Journal Title</w:t>
      </w:r>
      <w:r w:rsidRPr="005F3A24">
        <w:rPr>
          <w:color w:val="121214"/>
          <w:sz w:val="16"/>
          <w:szCs w:val="16"/>
        </w:rPr>
        <w:t xml:space="preserve">, vol. XX, no. X, pp. XX-XX, 20XX. </w:t>
      </w:r>
      <w:hyperlink r:id="rId27">
        <w:r w:rsidR="00946D2F" w:rsidRPr="005F3A24">
          <w:rPr>
            <w:color w:val="1E37A0"/>
            <w:sz w:val="16"/>
            <w:szCs w:val="16"/>
          </w:rPr>
          <w:t>https://doi.org/10.xxxx/xxxxx</w:t>
        </w:r>
      </w:hyperlink>
      <w:r w:rsidRPr="005F3A24">
        <w:rPr>
          <w:color w:val="121214"/>
          <w:sz w:val="16"/>
          <w:szCs w:val="16"/>
        </w:rPr>
        <w:t>.</w:t>
      </w:r>
    </w:p>
    <w:p w14:paraId="4D782E7C"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1" w:name="Ref_11"/>
      <w:bookmarkEnd w:id="21"/>
      <w:r w:rsidRPr="005F3A24">
        <w:rPr>
          <w:color w:val="121214"/>
          <w:sz w:val="16"/>
          <w:szCs w:val="16"/>
        </w:rPr>
        <w:t xml:space="preserve">A. A. Author and B. B. Author, "Article title placeholder for reference 11," </w:t>
      </w:r>
      <w:r w:rsidRPr="005F3A24">
        <w:rPr>
          <w:i/>
          <w:color w:val="121214"/>
          <w:sz w:val="16"/>
          <w:szCs w:val="16"/>
        </w:rPr>
        <w:t>Journal Title</w:t>
      </w:r>
      <w:r w:rsidRPr="005F3A24">
        <w:rPr>
          <w:color w:val="121214"/>
          <w:sz w:val="16"/>
          <w:szCs w:val="16"/>
        </w:rPr>
        <w:t xml:space="preserve">, vol. XX, no. X, pp. XX-XX, 20XX. </w:t>
      </w:r>
      <w:hyperlink r:id="rId28">
        <w:r w:rsidR="00946D2F" w:rsidRPr="005F3A24">
          <w:rPr>
            <w:color w:val="1E37A0"/>
            <w:sz w:val="16"/>
            <w:szCs w:val="16"/>
          </w:rPr>
          <w:t>https://doi.org/10.xxxx/xxxxx</w:t>
        </w:r>
      </w:hyperlink>
      <w:r w:rsidRPr="005F3A24">
        <w:rPr>
          <w:color w:val="121214"/>
          <w:sz w:val="16"/>
          <w:szCs w:val="16"/>
        </w:rPr>
        <w:t>.</w:t>
      </w:r>
    </w:p>
    <w:p w14:paraId="47BC8B8E"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2" w:name="Ref_12"/>
      <w:bookmarkEnd w:id="22"/>
      <w:r w:rsidRPr="005F3A24">
        <w:rPr>
          <w:color w:val="121214"/>
          <w:sz w:val="16"/>
          <w:szCs w:val="16"/>
        </w:rPr>
        <w:t xml:space="preserve">A. A. Author and B. B. Author, "Article title placeholder for reference 12," </w:t>
      </w:r>
      <w:r w:rsidRPr="005F3A24">
        <w:rPr>
          <w:i/>
          <w:color w:val="121214"/>
          <w:sz w:val="16"/>
          <w:szCs w:val="16"/>
        </w:rPr>
        <w:t>Journal Title</w:t>
      </w:r>
      <w:r w:rsidRPr="005F3A24">
        <w:rPr>
          <w:color w:val="121214"/>
          <w:sz w:val="16"/>
          <w:szCs w:val="16"/>
        </w:rPr>
        <w:t xml:space="preserve">, vol. XX, no. X, pp. XX-XX, 20XX. </w:t>
      </w:r>
      <w:hyperlink r:id="rId29">
        <w:r w:rsidR="00946D2F" w:rsidRPr="005F3A24">
          <w:rPr>
            <w:color w:val="1E37A0"/>
            <w:sz w:val="16"/>
            <w:szCs w:val="16"/>
          </w:rPr>
          <w:t>https://doi.org/10.xxxx/xxxxx</w:t>
        </w:r>
      </w:hyperlink>
      <w:r w:rsidRPr="005F3A24">
        <w:rPr>
          <w:color w:val="121214"/>
          <w:sz w:val="16"/>
          <w:szCs w:val="16"/>
        </w:rPr>
        <w:t>.</w:t>
      </w:r>
    </w:p>
    <w:p w14:paraId="09B44480"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3" w:name="Ref_13"/>
      <w:bookmarkEnd w:id="23"/>
      <w:r w:rsidRPr="005F3A24">
        <w:rPr>
          <w:color w:val="121214"/>
          <w:sz w:val="16"/>
          <w:szCs w:val="16"/>
        </w:rPr>
        <w:t xml:space="preserve">A. A. Author and B. B. Author, "Article title placeholder for reference 13," </w:t>
      </w:r>
      <w:r w:rsidRPr="005F3A24">
        <w:rPr>
          <w:i/>
          <w:color w:val="121214"/>
          <w:sz w:val="16"/>
          <w:szCs w:val="16"/>
        </w:rPr>
        <w:t>Journal Title</w:t>
      </w:r>
      <w:r w:rsidRPr="005F3A24">
        <w:rPr>
          <w:color w:val="121214"/>
          <w:sz w:val="16"/>
          <w:szCs w:val="16"/>
        </w:rPr>
        <w:t xml:space="preserve">, vol. XX, no. X, pp. XX-XX, 20XX. </w:t>
      </w:r>
      <w:hyperlink r:id="rId30">
        <w:r w:rsidR="00946D2F" w:rsidRPr="005F3A24">
          <w:rPr>
            <w:color w:val="1E37A0"/>
            <w:sz w:val="16"/>
            <w:szCs w:val="16"/>
          </w:rPr>
          <w:t>https://doi.org/10.xxxx/xxxxx</w:t>
        </w:r>
      </w:hyperlink>
      <w:r w:rsidRPr="005F3A24">
        <w:rPr>
          <w:color w:val="121214"/>
          <w:sz w:val="16"/>
          <w:szCs w:val="16"/>
        </w:rPr>
        <w:t>.</w:t>
      </w:r>
    </w:p>
    <w:p w14:paraId="3DFE0041"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4" w:name="Ref_14"/>
      <w:bookmarkEnd w:id="24"/>
      <w:r w:rsidRPr="005F3A24">
        <w:rPr>
          <w:color w:val="121214"/>
          <w:sz w:val="16"/>
          <w:szCs w:val="16"/>
        </w:rPr>
        <w:t xml:space="preserve">A. A. Author and B. B. Author, "Article title placeholder for reference 14," </w:t>
      </w:r>
      <w:r w:rsidRPr="005F3A24">
        <w:rPr>
          <w:i/>
          <w:color w:val="121214"/>
          <w:sz w:val="16"/>
          <w:szCs w:val="16"/>
        </w:rPr>
        <w:t>Journal Title</w:t>
      </w:r>
      <w:r w:rsidRPr="005F3A24">
        <w:rPr>
          <w:color w:val="121214"/>
          <w:sz w:val="16"/>
          <w:szCs w:val="16"/>
        </w:rPr>
        <w:t xml:space="preserve">, vol. XX, no. X, pp. XX-XX, 20XX. </w:t>
      </w:r>
      <w:hyperlink r:id="rId31">
        <w:r w:rsidR="00946D2F" w:rsidRPr="005F3A24">
          <w:rPr>
            <w:color w:val="1E37A0"/>
            <w:sz w:val="16"/>
            <w:szCs w:val="16"/>
          </w:rPr>
          <w:t>https://doi.org/10.xxxx/xxxxx</w:t>
        </w:r>
      </w:hyperlink>
      <w:r w:rsidRPr="005F3A24">
        <w:rPr>
          <w:color w:val="121214"/>
          <w:sz w:val="16"/>
          <w:szCs w:val="16"/>
        </w:rPr>
        <w:t>.</w:t>
      </w:r>
    </w:p>
    <w:p w14:paraId="08A3F652"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5" w:name="Ref_15"/>
      <w:bookmarkEnd w:id="25"/>
      <w:r w:rsidRPr="005F3A24">
        <w:rPr>
          <w:color w:val="121214"/>
          <w:sz w:val="16"/>
          <w:szCs w:val="16"/>
        </w:rPr>
        <w:t xml:space="preserve">A. A. Author and B. B. Author, "Article title placeholder for reference 15," </w:t>
      </w:r>
      <w:r w:rsidRPr="005F3A24">
        <w:rPr>
          <w:i/>
          <w:color w:val="121214"/>
          <w:sz w:val="16"/>
          <w:szCs w:val="16"/>
        </w:rPr>
        <w:t>Journal Title</w:t>
      </w:r>
      <w:r w:rsidRPr="005F3A24">
        <w:rPr>
          <w:color w:val="121214"/>
          <w:sz w:val="16"/>
          <w:szCs w:val="16"/>
        </w:rPr>
        <w:t xml:space="preserve">, vol. XX, no. X, pp. XX-XX, 20XX. </w:t>
      </w:r>
      <w:hyperlink r:id="rId32">
        <w:r w:rsidR="00946D2F" w:rsidRPr="005F3A24">
          <w:rPr>
            <w:color w:val="1E37A0"/>
            <w:sz w:val="16"/>
            <w:szCs w:val="16"/>
          </w:rPr>
          <w:t>https://doi.org/10.xxxx/xxxxx</w:t>
        </w:r>
      </w:hyperlink>
      <w:r w:rsidRPr="005F3A24">
        <w:rPr>
          <w:color w:val="121214"/>
          <w:sz w:val="16"/>
          <w:szCs w:val="16"/>
        </w:rPr>
        <w:t>.</w:t>
      </w:r>
    </w:p>
    <w:p w14:paraId="01BF877B"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6" w:name="Ref_16"/>
      <w:bookmarkEnd w:id="26"/>
      <w:r w:rsidRPr="005F3A24">
        <w:rPr>
          <w:color w:val="121214"/>
          <w:sz w:val="16"/>
          <w:szCs w:val="16"/>
        </w:rPr>
        <w:t xml:space="preserve">A. A. Author and B. B. Author, "Article title placeholder for reference 16," </w:t>
      </w:r>
      <w:r w:rsidRPr="005F3A24">
        <w:rPr>
          <w:i/>
          <w:color w:val="121214"/>
          <w:sz w:val="16"/>
          <w:szCs w:val="16"/>
        </w:rPr>
        <w:t>Journal Title</w:t>
      </w:r>
      <w:r w:rsidRPr="005F3A24">
        <w:rPr>
          <w:color w:val="121214"/>
          <w:sz w:val="16"/>
          <w:szCs w:val="16"/>
        </w:rPr>
        <w:t xml:space="preserve">, vol. XX, no. X, pp. XX-XX, 20XX. </w:t>
      </w:r>
      <w:hyperlink r:id="rId33">
        <w:r w:rsidR="00946D2F" w:rsidRPr="005F3A24">
          <w:rPr>
            <w:color w:val="1E37A0"/>
            <w:sz w:val="16"/>
            <w:szCs w:val="16"/>
          </w:rPr>
          <w:t>https://doi.org/10.xxxx/xxxxx</w:t>
        </w:r>
      </w:hyperlink>
      <w:r w:rsidRPr="005F3A24">
        <w:rPr>
          <w:color w:val="121214"/>
          <w:sz w:val="16"/>
          <w:szCs w:val="16"/>
        </w:rPr>
        <w:t>.</w:t>
      </w:r>
    </w:p>
    <w:p w14:paraId="18C01A44"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7" w:name="Ref_17"/>
      <w:bookmarkEnd w:id="27"/>
      <w:r w:rsidRPr="005F3A24">
        <w:rPr>
          <w:color w:val="121214"/>
          <w:sz w:val="16"/>
          <w:szCs w:val="16"/>
        </w:rPr>
        <w:t xml:space="preserve">A. A. Author and B. B. Author, "Article title placeholder for reference 17," </w:t>
      </w:r>
      <w:r w:rsidRPr="005F3A24">
        <w:rPr>
          <w:i/>
          <w:color w:val="121214"/>
          <w:sz w:val="16"/>
          <w:szCs w:val="16"/>
        </w:rPr>
        <w:t>Journal Title</w:t>
      </w:r>
      <w:r w:rsidRPr="005F3A24">
        <w:rPr>
          <w:color w:val="121214"/>
          <w:sz w:val="16"/>
          <w:szCs w:val="16"/>
        </w:rPr>
        <w:t xml:space="preserve">, vol. XX, no. X, pp. XX-XX, 20XX. </w:t>
      </w:r>
      <w:hyperlink r:id="rId34">
        <w:r w:rsidR="00946D2F" w:rsidRPr="005F3A24">
          <w:rPr>
            <w:color w:val="1E37A0"/>
            <w:sz w:val="16"/>
            <w:szCs w:val="16"/>
          </w:rPr>
          <w:t>https://doi.org/10.xxxx/xxxxx</w:t>
        </w:r>
      </w:hyperlink>
      <w:r w:rsidRPr="005F3A24">
        <w:rPr>
          <w:color w:val="121214"/>
          <w:sz w:val="16"/>
          <w:szCs w:val="16"/>
        </w:rPr>
        <w:t>.</w:t>
      </w:r>
    </w:p>
    <w:p w14:paraId="387E24CD"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8" w:name="Ref_18"/>
      <w:bookmarkEnd w:id="28"/>
      <w:r w:rsidRPr="005F3A24">
        <w:rPr>
          <w:color w:val="121214"/>
          <w:sz w:val="16"/>
          <w:szCs w:val="16"/>
        </w:rPr>
        <w:t xml:space="preserve">A. A. Author and B. B. Author, "Article title placeholder for reference 18," </w:t>
      </w:r>
      <w:r w:rsidRPr="005F3A24">
        <w:rPr>
          <w:i/>
          <w:color w:val="121214"/>
          <w:sz w:val="16"/>
          <w:szCs w:val="16"/>
        </w:rPr>
        <w:t>Journal Title</w:t>
      </w:r>
      <w:r w:rsidRPr="005F3A24">
        <w:rPr>
          <w:color w:val="121214"/>
          <w:sz w:val="16"/>
          <w:szCs w:val="16"/>
        </w:rPr>
        <w:t xml:space="preserve">, vol. XX, no. X, pp. XX-XX, 20XX. </w:t>
      </w:r>
      <w:hyperlink r:id="rId35">
        <w:r w:rsidR="00946D2F" w:rsidRPr="005F3A24">
          <w:rPr>
            <w:color w:val="1E37A0"/>
            <w:sz w:val="16"/>
            <w:szCs w:val="16"/>
          </w:rPr>
          <w:t>https://doi.org/10.xxxx/xxxxx</w:t>
        </w:r>
      </w:hyperlink>
      <w:r w:rsidRPr="005F3A24">
        <w:rPr>
          <w:color w:val="121214"/>
          <w:sz w:val="16"/>
          <w:szCs w:val="16"/>
        </w:rPr>
        <w:t>.</w:t>
      </w:r>
    </w:p>
    <w:p w14:paraId="58EA2CCD"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29" w:name="Ref_19"/>
      <w:bookmarkEnd w:id="29"/>
      <w:r w:rsidRPr="005F3A24">
        <w:rPr>
          <w:color w:val="121214"/>
          <w:sz w:val="16"/>
          <w:szCs w:val="16"/>
        </w:rPr>
        <w:t xml:space="preserve">A. A. Author and B. B. Author, "Article title placeholder for reference 19," </w:t>
      </w:r>
      <w:r w:rsidRPr="005F3A24">
        <w:rPr>
          <w:i/>
          <w:color w:val="121214"/>
          <w:sz w:val="16"/>
          <w:szCs w:val="16"/>
        </w:rPr>
        <w:t>Journal Title</w:t>
      </w:r>
      <w:r w:rsidRPr="005F3A24">
        <w:rPr>
          <w:color w:val="121214"/>
          <w:sz w:val="16"/>
          <w:szCs w:val="16"/>
        </w:rPr>
        <w:t xml:space="preserve">, vol. XX, no. X, pp. XX-XX, 20XX. </w:t>
      </w:r>
      <w:hyperlink r:id="rId36">
        <w:r w:rsidR="00946D2F" w:rsidRPr="005F3A24">
          <w:rPr>
            <w:color w:val="1E37A0"/>
            <w:sz w:val="16"/>
            <w:szCs w:val="16"/>
          </w:rPr>
          <w:t>https://doi.org/10.xxxx/xxxxx</w:t>
        </w:r>
      </w:hyperlink>
      <w:r w:rsidRPr="005F3A24">
        <w:rPr>
          <w:color w:val="121214"/>
          <w:sz w:val="16"/>
          <w:szCs w:val="16"/>
        </w:rPr>
        <w:t>.</w:t>
      </w:r>
    </w:p>
    <w:p w14:paraId="79118349"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0" w:name="Ref_20"/>
      <w:bookmarkEnd w:id="30"/>
      <w:r w:rsidRPr="005F3A24">
        <w:rPr>
          <w:color w:val="121214"/>
          <w:sz w:val="16"/>
          <w:szCs w:val="16"/>
        </w:rPr>
        <w:t xml:space="preserve">A. A. Author and B. B. Author, "Article title placeholder for reference 20," </w:t>
      </w:r>
      <w:r w:rsidRPr="005F3A24">
        <w:rPr>
          <w:i/>
          <w:color w:val="121214"/>
          <w:sz w:val="16"/>
          <w:szCs w:val="16"/>
        </w:rPr>
        <w:t>Journal Title</w:t>
      </w:r>
      <w:r w:rsidRPr="005F3A24">
        <w:rPr>
          <w:color w:val="121214"/>
          <w:sz w:val="16"/>
          <w:szCs w:val="16"/>
        </w:rPr>
        <w:t xml:space="preserve">, vol. XX, no. X, pp. XX-XX, 20XX. </w:t>
      </w:r>
      <w:hyperlink r:id="rId37">
        <w:r w:rsidR="00946D2F" w:rsidRPr="005F3A24">
          <w:rPr>
            <w:color w:val="1E37A0"/>
            <w:sz w:val="16"/>
            <w:szCs w:val="16"/>
          </w:rPr>
          <w:t>https://doi.org/10.xxxx/xxxxx</w:t>
        </w:r>
      </w:hyperlink>
      <w:r w:rsidRPr="005F3A24">
        <w:rPr>
          <w:color w:val="121214"/>
          <w:sz w:val="16"/>
          <w:szCs w:val="16"/>
        </w:rPr>
        <w:t>.</w:t>
      </w:r>
    </w:p>
    <w:p w14:paraId="525487B7"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1" w:name="Ref_21"/>
      <w:bookmarkEnd w:id="31"/>
      <w:r w:rsidRPr="005F3A24">
        <w:rPr>
          <w:color w:val="121214"/>
          <w:sz w:val="16"/>
          <w:szCs w:val="16"/>
        </w:rPr>
        <w:t xml:space="preserve">A. A. Author and B. B. Author, "Article title placeholder for reference 21," </w:t>
      </w:r>
      <w:r w:rsidRPr="005F3A24">
        <w:rPr>
          <w:i/>
          <w:color w:val="121214"/>
          <w:sz w:val="16"/>
          <w:szCs w:val="16"/>
        </w:rPr>
        <w:t>Journal Title</w:t>
      </w:r>
      <w:r w:rsidRPr="005F3A24">
        <w:rPr>
          <w:color w:val="121214"/>
          <w:sz w:val="16"/>
          <w:szCs w:val="16"/>
        </w:rPr>
        <w:t xml:space="preserve">, vol. XX, no. X, pp. XX-XX, 20XX. </w:t>
      </w:r>
      <w:hyperlink r:id="rId38">
        <w:r w:rsidR="00946D2F" w:rsidRPr="005F3A24">
          <w:rPr>
            <w:color w:val="1E37A0"/>
            <w:sz w:val="16"/>
            <w:szCs w:val="16"/>
          </w:rPr>
          <w:t>https://doi.org/10.xxxx/xxxxx</w:t>
        </w:r>
      </w:hyperlink>
      <w:r w:rsidRPr="005F3A24">
        <w:rPr>
          <w:color w:val="121214"/>
          <w:sz w:val="16"/>
          <w:szCs w:val="16"/>
        </w:rPr>
        <w:t>.</w:t>
      </w:r>
    </w:p>
    <w:p w14:paraId="07D9D9E7"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2" w:name="Ref_22"/>
      <w:bookmarkEnd w:id="32"/>
      <w:r w:rsidRPr="005F3A24">
        <w:rPr>
          <w:color w:val="121214"/>
          <w:sz w:val="16"/>
          <w:szCs w:val="16"/>
        </w:rPr>
        <w:t xml:space="preserve">A. A. Author and B. B. Author, "Article title placeholder for reference 22," </w:t>
      </w:r>
      <w:r w:rsidRPr="005F3A24">
        <w:rPr>
          <w:i/>
          <w:color w:val="121214"/>
          <w:sz w:val="16"/>
          <w:szCs w:val="16"/>
        </w:rPr>
        <w:t>Journal Title</w:t>
      </w:r>
      <w:r w:rsidRPr="005F3A24">
        <w:rPr>
          <w:color w:val="121214"/>
          <w:sz w:val="16"/>
          <w:szCs w:val="16"/>
        </w:rPr>
        <w:t xml:space="preserve">, vol. XX, no. X, pp. XX-XX, 20XX. </w:t>
      </w:r>
      <w:hyperlink r:id="rId39">
        <w:r w:rsidR="00946D2F" w:rsidRPr="005F3A24">
          <w:rPr>
            <w:color w:val="1E37A0"/>
            <w:sz w:val="16"/>
            <w:szCs w:val="16"/>
          </w:rPr>
          <w:t>https://doi.org/10.xxxx/xxxxx</w:t>
        </w:r>
      </w:hyperlink>
      <w:r w:rsidRPr="005F3A24">
        <w:rPr>
          <w:color w:val="121214"/>
          <w:sz w:val="16"/>
          <w:szCs w:val="16"/>
        </w:rPr>
        <w:t>.</w:t>
      </w:r>
    </w:p>
    <w:p w14:paraId="677B76E5"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3" w:name="Ref_23"/>
      <w:bookmarkEnd w:id="33"/>
      <w:r w:rsidRPr="005F3A24">
        <w:rPr>
          <w:color w:val="121214"/>
          <w:sz w:val="16"/>
          <w:szCs w:val="16"/>
        </w:rPr>
        <w:t xml:space="preserve">A. A. Author and B. B. Author, "Article title placeholder for reference 23," </w:t>
      </w:r>
      <w:r w:rsidRPr="005F3A24">
        <w:rPr>
          <w:i/>
          <w:color w:val="121214"/>
          <w:sz w:val="16"/>
          <w:szCs w:val="16"/>
        </w:rPr>
        <w:t>Journal Title</w:t>
      </w:r>
      <w:r w:rsidRPr="005F3A24">
        <w:rPr>
          <w:color w:val="121214"/>
          <w:sz w:val="16"/>
          <w:szCs w:val="16"/>
        </w:rPr>
        <w:t xml:space="preserve">, vol. XX, no. X, pp. XX-XX, 20XX. </w:t>
      </w:r>
      <w:hyperlink r:id="rId40">
        <w:r w:rsidR="00946D2F" w:rsidRPr="005F3A24">
          <w:rPr>
            <w:color w:val="1E37A0"/>
            <w:sz w:val="16"/>
            <w:szCs w:val="16"/>
          </w:rPr>
          <w:t>https://doi.org/10.xxxx/xxxxx</w:t>
        </w:r>
      </w:hyperlink>
      <w:r w:rsidRPr="005F3A24">
        <w:rPr>
          <w:color w:val="121214"/>
          <w:sz w:val="16"/>
          <w:szCs w:val="16"/>
        </w:rPr>
        <w:t>.</w:t>
      </w:r>
    </w:p>
    <w:p w14:paraId="72654FBA"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4" w:name="Ref_24"/>
      <w:bookmarkEnd w:id="34"/>
      <w:r w:rsidRPr="005F3A24">
        <w:rPr>
          <w:color w:val="121214"/>
          <w:sz w:val="16"/>
          <w:szCs w:val="16"/>
        </w:rPr>
        <w:t xml:space="preserve">A. A. Author and B. B. Author, "Article title placeholder for reference 24," </w:t>
      </w:r>
      <w:r w:rsidRPr="005F3A24">
        <w:rPr>
          <w:i/>
          <w:color w:val="121214"/>
          <w:sz w:val="16"/>
          <w:szCs w:val="16"/>
        </w:rPr>
        <w:t>Journal Title</w:t>
      </w:r>
      <w:r w:rsidRPr="005F3A24">
        <w:rPr>
          <w:color w:val="121214"/>
          <w:sz w:val="16"/>
          <w:szCs w:val="16"/>
        </w:rPr>
        <w:t xml:space="preserve">, vol. XX, no. X, pp. XX-XX, 20XX. </w:t>
      </w:r>
      <w:hyperlink r:id="rId41">
        <w:r w:rsidR="00946D2F" w:rsidRPr="005F3A24">
          <w:rPr>
            <w:color w:val="1E37A0"/>
            <w:sz w:val="16"/>
            <w:szCs w:val="16"/>
          </w:rPr>
          <w:t>https://doi.org/10.xxxx/xxxxx</w:t>
        </w:r>
      </w:hyperlink>
      <w:r w:rsidRPr="005F3A24">
        <w:rPr>
          <w:color w:val="121214"/>
          <w:sz w:val="16"/>
          <w:szCs w:val="16"/>
        </w:rPr>
        <w:t>.</w:t>
      </w:r>
    </w:p>
    <w:p w14:paraId="202C9DA2"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5" w:name="Ref_25"/>
      <w:bookmarkEnd w:id="35"/>
      <w:r w:rsidRPr="005F3A24">
        <w:rPr>
          <w:color w:val="121214"/>
          <w:sz w:val="16"/>
          <w:szCs w:val="16"/>
        </w:rPr>
        <w:t xml:space="preserve">A. A. Author and B. B. Author, "Article title placeholder for reference 25," </w:t>
      </w:r>
      <w:r w:rsidRPr="005F3A24">
        <w:rPr>
          <w:i/>
          <w:color w:val="121214"/>
          <w:sz w:val="16"/>
          <w:szCs w:val="16"/>
        </w:rPr>
        <w:t>Journal Title</w:t>
      </w:r>
      <w:r w:rsidRPr="005F3A24">
        <w:rPr>
          <w:color w:val="121214"/>
          <w:sz w:val="16"/>
          <w:szCs w:val="16"/>
        </w:rPr>
        <w:t xml:space="preserve">, vol. XX, no. X, pp. XX-XX, 20XX. </w:t>
      </w:r>
      <w:hyperlink r:id="rId42">
        <w:r w:rsidR="00946D2F" w:rsidRPr="005F3A24">
          <w:rPr>
            <w:color w:val="1E37A0"/>
            <w:sz w:val="16"/>
            <w:szCs w:val="16"/>
          </w:rPr>
          <w:t>https://doi.org/10.xxxx/xxxxx</w:t>
        </w:r>
      </w:hyperlink>
      <w:r w:rsidRPr="005F3A24">
        <w:rPr>
          <w:color w:val="121214"/>
          <w:sz w:val="16"/>
          <w:szCs w:val="16"/>
        </w:rPr>
        <w:t>.</w:t>
      </w:r>
    </w:p>
    <w:p w14:paraId="167B6B93"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6" w:name="Ref_26"/>
      <w:bookmarkEnd w:id="36"/>
      <w:r w:rsidRPr="005F3A24">
        <w:rPr>
          <w:color w:val="121214"/>
          <w:sz w:val="16"/>
          <w:szCs w:val="16"/>
        </w:rPr>
        <w:t xml:space="preserve">A. A. Author and B. B. Author, "Article title placeholder for reference 26," </w:t>
      </w:r>
      <w:r w:rsidRPr="005F3A24">
        <w:rPr>
          <w:i/>
          <w:color w:val="121214"/>
          <w:sz w:val="16"/>
          <w:szCs w:val="16"/>
        </w:rPr>
        <w:t>Journal Title</w:t>
      </w:r>
      <w:r w:rsidRPr="005F3A24">
        <w:rPr>
          <w:color w:val="121214"/>
          <w:sz w:val="16"/>
          <w:szCs w:val="16"/>
        </w:rPr>
        <w:t xml:space="preserve">, vol. XX, no. X, pp. XX-XX, 20XX. </w:t>
      </w:r>
      <w:hyperlink r:id="rId43">
        <w:r w:rsidR="00946D2F" w:rsidRPr="005F3A24">
          <w:rPr>
            <w:color w:val="1E37A0"/>
            <w:sz w:val="16"/>
            <w:szCs w:val="16"/>
          </w:rPr>
          <w:t>https://doi.org/10.xxxx/xxxxx</w:t>
        </w:r>
      </w:hyperlink>
      <w:r w:rsidRPr="005F3A24">
        <w:rPr>
          <w:color w:val="121214"/>
          <w:sz w:val="16"/>
          <w:szCs w:val="16"/>
        </w:rPr>
        <w:t>.</w:t>
      </w:r>
    </w:p>
    <w:p w14:paraId="4B20D4D7"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7" w:name="Ref_27"/>
      <w:bookmarkEnd w:id="37"/>
      <w:r w:rsidRPr="005F3A24">
        <w:rPr>
          <w:color w:val="121214"/>
          <w:sz w:val="16"/>
          <w:szCs w:val="16"/>
        </w:rPr>
        <w:t xml:space="preserve">A. A. Author and B. B. Author, "Article title placeholder for reference 27," </w:t>
      </w:r>
      <w:r w:rsidRPr="005F3A24">
        <w:rPr>
          <w:i/>
          <w:color w:val="121214"/>
          <w:sz w:val="16"/>
          <w:szCs w:val="16"/>
        </w:rPr>
        <w:t>Journal Title</w:t>
      </w:r>
      <w:r w:rsidRPr="005F3A24">
        <w:rPr>
          <w:color w:val="121214"/>
          <w:sz w:val="16"/>
          <w:szCs w:val="16"/>
        </w:rPr>
        <w:t xml:space="preserve">, vol. XX, no. X, pp. XX-XX, 20XX. </w:t>
      </w:r>
      <w:hyperlink r:id="rId44">
        <w:r w:rsidR="00946D2F" w:rsidRPr="005F3A24">
          <w:rPr>
            <w:color w:val="1E37A0"/>
            <w:sz w:val="16"/>
            <w:szCs w:val="16"/>
          </w:rPr>
          <w:t>https://doi.org/10.xxxx/xxxxx</w:t>
        </w:r>
      </w:hyperlink>
      <w:r w:rsidRPr="005F3A24">
        <w:rPr>
          <w:color w:val="121214"/>
          <w:sz w:val="16"/>
          <w:szCs w:val="16"/>
        </w:rPr>
        <w:t>.</w:t>
      </w:r>
    </w:p>
    <w:p w14:paraId="3182D5A8"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8" w:name="Ref_28"/>
      <w:bookmarkEnd w:id="38"/>
      <w:r w:rsidRPr="005F3A24">
        <w:rPr>
          <w:color w:val="121214"/>
          <w:sz w:val="16"/>
          <w:szCs w:val="16"/>
        </w:rPr>
        <w:t xml:space="preserve">A. A. Author and B. B. Author, "Article title placeholder for reference 28," </w:t>
      </w:r>
      <w:r w:rsidRPr="005F3A24">
        <w:rPr>
          <w:i/>
          <w:color w:val="121214"/>
          <w:sz w:val="16"/>
          <w:szCs w:val="16"/>
        </w:rPr>
        <w:t>Journal Title</w:t>
      </w:r>
      <w:r w:rsidRPr="005F3A24">
        <w:rPr>
          <w:color w:val="121214"/>
          <w:sz w:val="16"/>
          <w:szCs w:val="16"/>
        </w:rPr>
        <w:t xml:space="preserve">, vol. XX, no. X, pp. XX-XX, 20XX. </w:t>
      </w:r>
      <w:hyperlink r:id="rId45">
        <w:r w:rsidR="00946D2F" w:rsidRPr="005F3A24">
          <w:rPr>
            <w:color w:val="1E37A0"/>
            <w:sz w:val="16"/>
            <w:szCs w:val="16"/>
          </w:rPr>
          <w:t>https://doi.org/10.xxxx/xxxxx</w:t>
        </w:r>
      </w:hyperlink>
      <w:r w:rsidRPr="005F3A24">
        <w:rPr>
          <w:color w:val="121214"/>
          <w:sz w:val="16"/>
          <w:szCs w:val="16"/>
        </w:rPr>
        <w:t>.</w:t>
      </w:r>
    </w:p>
    <w:p w14:paraId="172C186A"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39" w:name="Ref_29"/>
      <w:bookmarkEnd w:id="39"/>
      <w:r w:rsidRPr="005F3A24">
        <w:rPr>
          <w:color w:val="121214"/>
          <w:sz w:val="16"/>
          <w:szCs w:val="16"/>
        </w:rPr>
        <w:t xml:space="preserve">A. A. Author and B. B. Author, "Article title placeholder for reference 29," </w:t>
      </w:r>
      <w:r w:rsidRPr="005F3A24">
        <w:rPr>
          <w:i/>
          <w:color w:val="121214"/>
          <w:sz w:val="16"/>
          <w:szCs w:val="16"/>
        </w:rPr>
        <w:t>Journal Title</w:t>
      </w:r>
      <w:r w:rsidRPr="005F3A24">
        <w:rPr>
          <w:color w:val="121214"/>
          <w:sz w:val="16"/>
          <w:szCs w:val="16"/>
        </w:rPr>
        <w:t xml:space="preserve">, vol. XX, no. X, pp. XX-XX, 20XX. </w:t>
      </w:r>
      <w:hyperlink r:id="rId46">
        <w:r w:rsidR="00946D2F" w:rsidRPr="005F3A24">
          <w:rPr>
            <w:color w:val="1E37A0"/>
            <w:sz w:val="16"/>
            <w:szCs w:val="16"/>
          </w:rPr>
          <w:t>https://doi.org/10.xxxx/xxxxx</w:t>
        </w:r>
      </w:hyperlink>
      <w:r w:rsidRPr="005F3A24">
        <w:rPr>
          <w:color w:val="121214"/>
          <w:sz w:val="16"/>
          <w:szCs w:val="16"/>
        </w:rPr>
        <w:t>.</w:t>
      </w:r>
    </w:p>
    <w:p w14:paraId="7D5D8B04"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0" w:name="Ref_30"/>
      <w:bookmarkEnd w:id="40"/>
      <w:r w:rsidRPr="005F3A24">
        <w:rPr>
          <w:color w:val="121214"/>
          <w:sz w:val="16"/>
          <w:szCs w:val="16"/>
        </w:rPr>
        <w:t xml:space="preserve">A. A. Author and B. B. Author, "Article title placeholder for reference 30," </w:t>
      </w:r>
      <w:r w:rsidRPr="005F3A24">
        <w:rPr>
          <w:i/>
          <w:color w:val="121214"/>
          <w:sz w:val="16"/>
          <w:szCs w:val="16"/>
        </w:rPr>
        <w:t>Journal Title</w:t>
      </w:r>
      <w:r w:rsidRPr="005F3A24">
        <w:rPr>
          <w:color w:val="121214"/>
          <w:sz w:val="16"/>
          <w:szCs w:val="16"/>
        </w:rPr>
        <w:t xml:space="preserve">, vol. XX, no. X, pp. XX-XX, 20XX. </w:t>
      </w:r>
      <w:hyperlink r:id="rId47">
        <w:r w:rsidR="00946D2F" w:rsidRPr="005F3A24">
          <w:rPr>
            <w:color w:val="1E37A0"/>
            <w:sz w:val="16"/>
            <w:szCs w:val="16"/>
          </w:rPr>
          <w:t>https://doi.org/10.xxxx/xxxxx</w:t>
        </w:r>
      </w:hyperlink>
      <w:r w:rsidRPr="005F3A24">
        <w:rPr>
          <w:color w:val="121214"/>
          <w:sz w:val="16"/>
          <w:szCs w:val="16"/>
        </w:rPr>
        <w:t>.</w:t>
      </w:r>
    </w:p>
    <w:p w14:paraId="26200751"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1" w:name="Ref_31"/>
      <w:bookmarkEnd w:id="41"/>
      <w:r w:rsidRPr="005F3A24">
        <w:rPr>
          <w:color w:val="121214"/>
          <w:sz w:val="16"/>
          <w:szCs w:val="16"/>
        </w:rPr>
        <w:t>A. A. Author and B. B. Author, "Article title placeholder for reference 31,"</w:t>
      </w:r>
      <w:r w:rsidRPr="005F3A24">
        <w:rPr>
          <w:i/>
          <w:color w:val="121214"/>
          <w:sz w:val="16"/>
          <w:szCs w:val="16"/>
        </w:rPr>
        <w:t>Journal Title</w:t>
      </w:r>
      <w:r w:rsidRPr="005F3A24">
        <w:rPr>
          <w:color w:val="121214"/>
          <w:sz w:val="16"/>
          <w:szCs w:val="16"/>
        </w:rPr>
        <w:t xml:space="preserve">, vol. XX, no. X, pp. XX-XX, 20XX. </w:t>
      </w:r>
      <w:hyperlink r:id="rId48">
        <w:r w:rsidR="00946D2F" w:rsidRPr="005F3A24">
          <w:rPr>
            <w:color w:val="1E37A0"/>
            <w:sz w:val="16"/>
            <w:szCs w:val="16"/>
          </w:rPr>
          <w:t>https://doi.org/10.xxxx/xxxxx</w:t>
        </w:r>
      </w:hyperlink>
      <w:r w:rsidRPr="005F3A24">
        <w:rPr>
          <w:color w:val="121214"/>
          <w:sz w:val="16"/>
          <w:szCs w:val="16"/>
        </w:rPr>
        <w:t>.</w:t>
      </w:r>
    </w:p>
    <w:p w14:paraId="2256ACC5"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2" w:name="Ref_32"/>
      <w:bookmarkEnd w:id="42"/>
      <w:r w:rsidRPr="005F3A24">
        <w:rPr>
          <w:color w:val="121214"/>
          <w:sz w:val="16"/>
          <w:szCs w:val="16"/>
        </w:rPr>
        <w:t xml:space="preserve">A. A. Author and B. B. Author, "Article title placeholder for reference 32," </w:t>
      </w:r>
      <w:r w:rsidRPr="005F3A24">
        <w:rPr>
          <w:i/>
          <w:color w:val="121214"/>
          <w:sz w:val="16"/>
          <w:szCs w:val="16"/>
        </w:rPr>
        <w:t>Journal Title</w:t>
      </w:r>
      <w:r w:rsidRPr="005F3A24">
        <w:rPr>
          <w:color w:val="121214"/>
          <w:sz w:val="16"/>
          <w:szCs w:val="16"/>
        </w:rPr>
        <w:t xml:space="preserve">, vol. XX, no. X, pp. XX-XX, 20XX. </w:t>
      </w:r>
      <w:hyperlink r:id="rId49">
        <w:r w:rsidR="00946D2F" w:rsidRPr="005F3A24">
          <w:rPr>
            <w:color w:val="1E37A0"/>
            <w:sz w:val="16"/>
            <w:szCs w:val="16"/>
          </w:rPr>
          <w:t>https://doi.org/10.xxxx/xxxxx</w:t>
        </w:r>
      </w:hyperlink>
      <w:r w:rsidRPr="005F3A24">
        <w:rPr>
          <w:color w:val="121214"/>
          <w:sz w:val="16"/>
          <w:szCs w:val="16"/>
        </w:rPr>
        <w:t>.</w:t>
      </w:r>
    </w:p>
    <w:p w14:paraId="17AF3C68"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3" w:name="Ref_33"/>
      <w:bookmarkEnd w:id="43"/>
      <w:r w:rsidRPr="005F3A24">
        <w:rPr>
          <w:color w:val="121214"/>
          <w:sz w:val="16"/>
          <w:szCs w:val="16"/>
        </w:rPr>
        <w:t xml:space="preserve">A. A. Author and B. B. Author, "Article title placeholder for reference 33," </w:t>
      </w:r>
      <w:r w:rsidRPr="005F3A24">
        <w:rPr>
          <w:i/>
          <w:color w:val="121214"/>
          <w:sz w:val="16"/>
          <w:szCs w:val="16"/>
        </w:rPr>
        <w:t>Journal Title</w:t>
      </w:r>
      <w:r w:rsidRPr="005F3A24">
        <w:rPr>
          <w:color w:val="121214"/>
          <w:sz w:val="16"/>
          <w:szCs w:val="16"/>
        </w:rPr>
        <w:t xml:space="preserve">, vol. XX, no. X, pp. XX-XX, 20XX. </w:t>
      </w:r>
      <w:hyperlink r:id="rId50">
        <w:r w:rsidR="00946D2F" w:rsidRPr="005F3A24">
          <w:rPr>
            <w:color w:val="1E37A0"/>
            <w:sz w:val="16"/>
            <w:szCs w:val="16"/>
          </w:rPr>
          <w:t>https://doi.org/10.xxxx/xxxxx</w:t>
        </w:r>
      </w:hyperlink>
      <w:r w:rsidRPr="005F3A24">
        <w:rPr>
          <w:color w:val="121214"/>
          <w:sz w:val="16"/>
          <w:szCs w:val="16"/>
        </w:rPr>
        <w:t>.</w:t>
      </w:r>
    </w:p>
    <w:p w14:paraId="0D0BDABF"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4" w:name="Ref_34"/>
      <w:bookmarkEnd w:id="44"/>
      <w:r w:rsidRPr="005F3A24">
        <w:rPr>
          <w:color w:val="121214"/>
          <w:sz w:val="16"/>
          <w:szCs w:val="16"/>
        </w:rPr>
        <w:t xml:space="preserve">A. A. Author and B. B. Author, "Article title placeholder for reference 34," </w:t>
      </w:r>
      <w:r w:rsidRPr="005F3A24">
        <w:rPr>
          <w:i/>
          <w:color w:val="121214"/>
          <w:sz w:val="16"/>
          <w:szCs w:val="16"/>
        </w:rPr>
        <w:t>Journal Title</w:t>
      </w:r>
      <w:r w:rsidRPr="005F3A24">
        <w:rPr>
          <w:color w:val="121214"/>
          <w:sz w:val="16"/>
          <w:szCs w:val="16"/>
        </w:rPr>
        <w:t xml:space="preserve">, vol. XX, no. X, pp. XX-XX, 20XX. </w:t>
      </w:r>
      <w:hyperlink r:id="rId51">
        <w:r w:rsidR="00946D2F" w:rsidRPr="005F3A24">
          <w:rPr>
            <w:color w:val="1E37A0"/>
            <w:sz w:val="16"/>
            <w:szCs w:val="16"/>
          </w:rPr>
          <w:t>https://doi.org/10.xxxx/xxxxx</w:t>
        </w:r>
      </w:hyperlink>
      <w:r w:rsidRPr="005F3A24">
        <w:rPr>
          <w:color w:val="121214"/>
          <w:sz w:val="16"/>
          <w:szCs w:val="16"/>
        </w:rPr>
        <w:t>.</w:t>
      </w:r>
    </w:p>
    <w:p w14:paraId="3E09D9BF"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5" w:name="Ref_35"/>
      <w:bookmarkEnd w:id="45"/>
      <w:r w:rsidRPr="005F3A24">
        <w:rPr>
          <w:color w:val="121214"/>
          <w:sz w:val="16"/>
          <w:szCs w:val="16"/>
        </w:rPr>
        <w:t xml:space="preserve">A. A. Author and B. B. Author, "Article title placeholder for reference 35," </w:t>
      </w:r>
      <w:r w:rsidRPr="005F3A24">
        <w:rPr>
          <w:i/>
          <w:color w:val="121214"/>
          <w:sz w:val="16"/>
          <w:szCs w:val="16"/>
        </w:rPr>
        <w:t>Journal Title</w:t>
      </w:r>
      <w:r w:rsidRPr="005F3A24">
        <w:rPr>
          <w:color w:val="121214"/>
          <w:sz w:val="16"/>
          <w:szCs w:val="16"/>
        </w:rPr>
        <w:t xml:space="preserve">, vol. XX, no. X, pp. XX-XX, 20XX. </w:t>
      </w:r>
      <w:hyperlink r:id="rId52">
        <w:r w:rsidR="00946D2F" w:rsidRPr="005F3A24">
          <w:rPr>
            <w:color w:val="1E37A0"/>
            <w:sz w:val="16"/>
            <w:szCs w:val="16"/>
          </w:rPr>
          <w:t>https://doi.org/10.xxxx/xxxxx</w:t>
        </w:r>
      </w:hyperlink>
      <w:r w:rsidRPr="005F3A24">
        <w:rPr>
          <w:color w:val="121214"/>
          <w:sz w:val="16"/>
          <w:szCs w:val="16"/>
        </w:rPr>
        <w:t>.</w:t>
      </w:r>
    </w:p>
    <w:p w14:paraId="7F188BAB"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6" w:name="Ref_36"/>
      <w:bookmarkEnd w:id="46"/>
      <w:r w:rsidRPr="005F3A24">
        <w:rPr>
          <w:color w:val="121214"/>
          <w:sz w:val="16"/>
          <w:szCs w:val="16"/>
        </w:rPr>
        <w:t xml:space="preserve">A. A. Author and B. B. Author, "Article title placeholder for reference 36," </w:t>
      </w:r>
      <w:r w:rsidRPr="005F3A24">
        <w:rPr>
          <w:i/>
          <w:color w:val="121214"/>
          <w:sz w:val="16"/>
          <w:szCs w:val="16"/>
        </w:rPr>
        <w:t>Journal Title</w:t>
      </w:r>
      <w:r w:rsidRPr="005F3A24">
        <w:rPr>
          <w:color w:val="121214"/>
          <w:sz w:val="16"/>
          <w:szCs w:val="16"/>
        </w:rPr>
        <w:t xml:space="preserve">, vol. XX, no. X, pp. XX-XX, 20XX. </w:t>
      </w:r>
      <w:hyperlink r:id="rId53">
        <w:r w:rsidR="00946D2F" w:rsidRPr="005F3A24">
          <w:rPr>
            <w:color w:val="1E37A0"/>
            <w:sz w:val="16"/>
            <w:szCs w:val="16"/>
          </w:rPr>
          <w:t>https://doi.org/10.xxxx/xxxxx</w:t>
        </w:r>
      </w:hyperlink>
      <w:r w:rsidRPr="005F3A24">
        <w:rPr>
          <w:color w:val="121214"/>
          <w:sz w:val="16"/>
          <w:szCs w:val="16"/>
        </w:rPr>
        <w:t>.</w:t>
      </w:r>
    </w:p>
    <w:p w14:paraId="45FF9E65"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7" w:name="Ref_37"/>
      <w:bookmarkEnd w:id="47"/>
      <w:r w:rsidRPr="005F3A24">
        <w:rPr>
          <w:color w:val="121214"/>
          <w:sz w:val="16"/>
          <w:szCs w:val="16"/>
        </w:rPr>
        <w:t xml:space="preserve">A. A. Author and B. B. Author, "Article title placeholder for reference 37," </w:t>
      </w:r>
      <w:r w:rsidRPr="005F3A24">
        <w:rPr>
          <w:i/>
          <w:color w:val="121214"/>
          <w:sz w:val="16"/>
          <w:szCs w:val="16"/>
        </w:rPr>
        <w:t>Journal Title</w:t>
      </w:r>
      <w:r w:rsidRPr="005F3A24">
        <w:rPr>
          <w:color w:val="121214"/>
          <w:sz w:val="16"/>
          <w:szCs w:val="16"/>
        </w:rPr>
        <w:t xml:space="preserve">, vol. XX, no. X, pp. XX-XX, 20XX. </w:t>
      </w:r>
      <w:hyperlink r:id="rId54">
        <w:r w:rsidR="00946D2F" w:rsidRPr="005F3A24">
          <w:rPr>
            <w:color w:val="1E37A0"/>
            <w:sz w:val="16"/>
            <w:szCs w:val="16"/>
          </w:rPr>
          <w:t>https://doi.org/10.xxxx/xxxxx</w:t>
        </w:r>
      </w:hyperlink>
      <w:r w:rsidRPr="005F3A24">
        <w:rPr>
          <w:color w:val="121214"/>
          <w:sz w:val="16"/>
          <w:szCs w:val="16"/>
        </w:rPr>
        <w:t>.</w:t>
      </w:r>
    </w:p>
    <w:p w14:paraId="18C63E86"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8" w:name="Ref_38"/>
      <w:bookmarkEnd w:id="48"/>
      <w:r w:rsidRPr="005F3A24">
        <w:rPr>
          <w:color w:val="121214"/>
          <w:sz w:val="16"/>
          <w:szCs w:val="16"/>
        </w:rPr>
        <w:t xml:space="preserve">A. A. Author and B. B. Author, "Article title placeholder for reference 38," </w:t>
      </w:r>
      <w:r w:rsidRPr="005F3A24">
        <w:rPr>
          <w:i/>
          <w:color w:val="121214"/>
          <w:sz w:val="16"/>
          <w:szCs w:val="16"/>
        </w:rPr>
        <w:t>Journal Title</w:t>
      </w:r>
      <w:r w:rsidRPr="005F3A24">
        <w:rPr>
          <w:color w:val="121214"/>
          <w:sz w:val="16"/>
          <w:szCs w:val="16"/>
        </w:rPr>
        <w:t xml:space="preserve">, vol. XX, no. X, pp. XX-XX, 20XX. </w:t>
      </w:r>
      <w:hyperlink r:id="rId55">
        <w:r w:rsidR="00946D2F" w:rsidRPr="005F3A24">
          <w:rPr>
            <w:color w:val="1E37A0"/>
            <w:sz w:val="16"/>
            <w:szCs w:val="16"/>
          </w:rPr>
          <w:t>https://doi.org/10.xxxx/xxxxx</w:t>
        </w:r>
      </w:hyperlink>
      <w:r w:rsidRPr="005F3A24">
        <w:rPr>
          <w:color w:val="121214"/>
          <w:sz w:val="16"/>
          <w:szCs w:val="16"/>
        </w:rPr>
        <w:t>.</w:t>
      </w:r>
    </w:p>
    <w:p w14:paraId="17A6BE9C"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49" w:name="Ref_39"/>
      <w:bookmarkEnd w:id="49"/>
      <w:r w:rsidRPr="005F3A24">
        <w:rPr>
          <w:color w:val="121214"/>
          <w:sz w:val="16"/>
          <w:szCs w:val="16"/>
        </w:rPr>
        <w:lastRenderedPageBreak/>
        <w:t xml:space="preserve">A. A. Author and B. B. Author, "Article title placeholder for reference 39," </w:t>
      </w:r>
      <w:r w:rsidRPr="005F3A24">
        <w:rPr>
          <w:i/>
          <w:color w:val="121214"/>
          <w:sz w:val="16"/>
          <w:szCs w:val="16"/>
        </w:rPr>
        <w:t>Journal Title</w:t>
      </w:r>
      <w:r w:rsidRPr="005F3A24">
        <w:rPr>
          <w:color w:val="121214"/>
          <w:sz w:val="16"/>
          <w:szCs w:val="16"/>
        </w:rPr>
        <w:t xml:space="preserve">, vol. XX, no. X, pp. XX-XX, 20XX. </w:t>
      </w:r>
      <w:hyperlink r:id="rId56">
        <w:r w:rsidR="00946D2F" w:rsidRPr="005F3A24">
          <w:rPr>
            <w:color w:val="1E37A0"/>
            <w:sz w:val="16"/>
            <w:szCs w:val="16"/>
          </w:rPr>
          <w:t>https://doi.org/10.xxxx/xxxxx</w:t>
        </w:r>
      </w:hyperlink>
      <w:r w:rsidRPr="005F3A24">
        <w:rPr>
          <w:color w:val="121214"/>
          <w:sz w:val="16"/>
          <w:szCs w:val="16"/>
        </w:rPr>
        <w:t>.</w:t>
      </w:r>
    </w:p>
    <w:p w14:paraId="22564ED8"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0" w:name="Ref_40"/>
      <w:bookmarkEnd w:id="50"/>
      <w:r w:rsidRPr="005F3A24">
        <w:rPr>
          <w:color w:val="121214"/>
          <w:sz w:val="16"/>
          <w:szCs w:val="16"/>
        </w:rPr>
        <w:t xml:space="preserve">A. A. Author and B. B. Author, "Article title placeholder for reference 40," </w:t>
      </w:r>
      <w:r w:rsidRPr="005F3A24">
        <w:rPr>
          <w:i/>
          <w:color w:val="121214"/>
          <w:sz w:val="16"/>
          <w:szCs w:val="16"/>
        </w:rPr>
        <w:t>Journal Title</w:t>
      </w:r>
      <w:r w:rsidRPr="005F3A24">
        <w:rPr>
          <w:color w:val="121214"/>
          <w:sz w:val="16"/>
          <w:szCs w:val="16"/>
        </w:rPr>
        <w:t xml:space="preserve">, vol. XX, no. X, pp. XX-XX, 20XX. </w:t>
      </w:r>
      <w:hyperlink r:id="rId57">
        <w:r w:rsidR="00946D2F" w:rsidRPr="005F3A24">
          <w:rPr>
            <w:color w:val="1E37A0"/>
            <w:sz w:val="16"/>
            <w:szCs w:val="16"/>
          </w:rPr>
          <w:t>https://doi.org/10.xxxx/xxxxx</w:t>
        </w:r>
      </w:hyperlink>
      <w:r w:rsidRPr="005F3A24">
        <w:rPr>
          <w:color w:val="121214"/>
          <w:sz w:val="16"/>
          <w:szCs w:val="16"/>
        </w:rPr>
        <w:t>.</w:t>
      </w:r>
    </w:p>
    <w:p w14:paraId="0AA26F3E"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1" w:name="Ref_41"/>
      <w:bookmarkEnd w:id="51"/>
      <w:r w:rsidRPr="005F3A24">
        <w:rPr>
          <w:color w:val="121214"/>
          <w:sz w:val="16"/>
          <w:szCs w:val="16"/>
        </w:rPr>
        <w:t xml:space="preserve">A. A. Author and B. B. Author, "Article title placeholder for reference 41," </w:t>
      </w:r>
      <w:r w:rsidRPr="005F3A24">
        <w:rPr>
          <w:i/>
          <w:color w:val="121214"/>
          <w:sz w:val="16"/>
          <w:szCs w:val="16"/>
        </w:rPr>
        <w:t>Journal Title</w:t>
      </w:r>
      <w:r w:rsidRPr="005F3A24">
        <w:rPr>
          <w:color w:val="121214"/>
          <w:sz w:val="16"/>
          <w:szCs w:val="16"/>
        </w:rPr>
        <w:t xml:space="preserve">, vol. XX, no. X, pp. XX-XX, 20XX. </w:t>
      </w:r>
      <w:hyperlink r:id="rId58">
        <w:r w:rsidR="00946D2F" w:rsidRPr="005F3A24">
          <w:rPr>
            <w:color w:val="1E37A0"/>
            <w:sz w:val="16"/>
            <w:szCs w:val="16"/>
          </w:rPr>
          <w:t>https://doi.org/10.xxxx/xxxxx</w:t>
        </w:r>
      </w:hyperlink>
      <w:r w:rsidRPr="005F3A24">
        <w:rPr>
          <w:color w:val="121214"/>
          <w:sz w:val="16"/>
          <w:szCs w:val="16"/>
        </w:rPr>
        <w:t>.</w:t>
      </w:r>
    </w:p>
    <w:p w14:paraId="4BAC361A"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2" w:name="Ref_42"/>
      <w:bookmarkEnd w:id="52"/>
      <w:r w:rsidRPr="005F3A24">
        <w:rPr>
          <w:color w:val="121214"/>
          <w:sz w:val="16"/>
          <w:szCs w:val="16"/>
        </w:rPr>
        <w:t>A. A. Author and B. B. Author, "Article title placeholder for reference 42,"</w:t>
      </w:r>
    </w:p>
    <w:p w14:paraId="7DB713EC"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3" w:name="Ref_43"/>
      <w:bookmarkEnd w:id="53"/>
      <w:r w:rsidRPr="005F3A24">
        <w:rPr>
          <w:color w:val="121214"/>
          <w:sz w:val="16"/>
          <w:szCs w:val="16"/>
        </w:rPr>
        <w:t xml:space="preserve">A. A. Author and B. B. Author, "Article title placeholder for reference 43," </w:t>
      </w:r>
      <w:r w:rsidRPr="005F3A24">
        <w:rPr>
          <w:i/>
          <w:color w:val="121214"/>
          <w:sz w:val="16"/>
          <w:szCs w:val="16"/>
        </w:rPr>
        <w:t>Journal Title</w:t>
      </w:r>
      <w:r w:rsidRPr="005F3A24">
        <w:rPr>
          <w:color w:val="121214"/>
          <w:sz w:val="16"/>
          <w:szCs w:val="16"/>
        </w:rPr>
        <w:t xml:space="preserve">, vol. XX, no. X, pp. XX-XX, 20XX. </w:t>
      </w:r>
      <w:hyperlink r:id="rId59">
        <w:r w:rsidR="00946D2F" w:rsidRPr="005F3A24">
          <w:rPr>
            <w:color w:val="1E37A0"/>
            <w:sz w:val="16"/>
            <w:szCs w:val="16"/>
          </w:rPr>
          <w:t>https://doi.org/10.xxxx/xxxxx</w:t>
        </w:r>
      </w:hyperlink>
      <w:r w:rsidRPr="005F3A24">
        <w:rPr>
          <w:color w:val="121214"/>
          <w:sz w:val="16"/>
          <w:szCs w:val="16"/>
        </w:rPr>
        <w:t>.</w:t>
      </w:r>
    </w:p>
    <w:p w14:paraId="64B0502F"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4" w:name="Ref_44"/>
      <w:bookmarkEnd w:id="54"/>
      <w:r w:rsidRPr="005F3A24">
        <w:rPr>
          <w:color w:val="121214"/>
          <w:sz w:val="16"/>
          <w:szCs w:val="16"/>
        </w:rPr>
        <w:t xml:space="preserve">A. A. Author and B. B. Author, "Article title placeholder for reference 44," </w:t>
      </w:r>
      <w:r w:rsidRPr="005F3A24">
        <w:rPr>
          <w:i/>
          <w:color w:val="121214"/>
          <w:sz w:val="16"/>
          <w:szCs w:val="16"/>
        </w:rPr>
        <w:t>Journal Title</w:t>
      </w:r>
      <w:r w:rsidRPr="005F3A24">
        <w:rPr>
          <w:color w:val="121214"/>
          <w:sz w:val="16"/>
          <w:szCs w:val="16"/>
        </w:rPr>
        <w:t xml:space="preserve">, vol. XX, no. X, pp. XX-XX, 20XX. </w:t>
      </w:r>
      <w:hyperlink r:id="rId60">
        <w:r w:rsidR="00946D2F" w:rsidRPr="005F3A24">
          <w:rPr>
            <w:color w:val="1E37A0"/>
            <w:sz w:val="16"/>
            <w:szCs w:val="16"/>
          </w:rPr>
          <w:t>https://doi.org/10.xxxx/xxxxx</w:t>
        </w:r>
      </w:hyperlink>
      <w:r w:rsidRPr="005F3A24">
        <w:rPr>
          <w:color w:val="121214"/>
          <w:sz w:val="16"/>
          <w:szCs w:val="16"/>
        </w:rPr>
        <w:t>.</w:t>
      </w:r>
    </w:p>
    <w:p w14:paraId="3104AC1C"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5" w:name="Ref_45"/>
      <w:bookmarkEnd w:id="55"/>
      <w:r w:rsidRPr="005F3A24">
        <w:rPr>
          <w:color w:val="121214"/>
          <w:sz w:val="16"/>
          <w:szCs w:val="16"/>
        </w:rPr>
        <w:t xml:space="preserve">A. A. Author and B. B. Author, "Article title placeholder for reference 45," </w:t>
      </w:r>
      <w:r w:rsidRPr="005F3A24">
        <w:rPr>
          <w:i/>
          <w:color w:val="121214"/>
          <w:sz w:val="16"/>
          <w:szCs w:val="16"/>
        </w:rPr>
        <w:t>Journal Title</w:t>
      </w:r>
      <w:r w:rsidRPr="005F3A24">
        <w:rPr>
          <w:color w:val="121214"/>
          <w:sz w:val="16"/>
          <w:szCs w:val="16"/>
        </w:rPr>
        <w:t xml:space="preserve">, vol. XX, no. X, pp. XX-XX, 20XX. </w:t>
      </w:r>
      <w:hyperlink r:id="rId61">
        <w:r w:rsidR="00946D2F" w:rsidRPr="005F3A24">
          <w:rPr>
            <w:color w:val="1E37A0"/>
            <w:sz w:val="16"/>
            <w:szCs w:val="16"/>
          </w:rPr>
          <w:t>https://doi.org/10.xxxx/xxxxx</w:t>
        </w:r>
      </w:hyperlink>
      <w:r w:rsidRPr="005F3A24">
        <w:rPr>
          <w:color w:val="121214"/>
          <w:sz w:val="16"/>
          <w:szCs w:val="16"/>
        </w:rPr>
        <w:t>.</w:t>
      </w:r>
    </w:p>
    <w:p w14:paraId="2C89D615"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6" w:name="Ref_46"/>
      <w:bookmarkEnd w:id="56"/>
      <w:r w:rsidRPr="005F3A24">
        <w:rPr>
          <w:color w:val="121214"/>
          <w:sz w:val="16"/>
          <w:szCs w:val="16"/>
        </w:rPr>
        <w:t>A. A. Author and B. B. Author, "Article title placeholder for reference 46,"</w:t>
      </w:r>
    </w:p>
    <w:p w14:paraId="7D1706E1" w14:textId="77777777" w:rsidR="005F3A24" w:rsidRPr="005F3A24" w:rsidRDefault="00000000" w:rsidP="005F3A24">
      <w:pPr>
        <w:pStyle w:val="ListParagraph"/>
        <w:numPr>
          <w:ilvl w:val="0"/>
          <w:numId w:val="10"/>
        </w:numPr>
        <w:spacing w:after="40" w:line="240" w:lineRule="auto"/>
        <w:ind w:left="426" w:hanging="426"/>
        <w:jc w:val="both"/>
        <w:rPr>
          <w:sz w:val="16"/>
          <w:szCs w:val="16"/>
        </w:rPr>
      </w:pPr>
      <w:bookmarkStart w:id="57" w:name="Ref_47"/>
      <w:bookmarkEnd w:id="57"/>
      <w:r w:rsidRPr="005F3A24">
        <w:rPr>
          <w:color w:val="121214"/>
          <w:sz w:val="16"/>
          <w:szCs w:val="16"/>
        </w:rPr>
        <w:t>A. A. Author and B. B. Author, "Article title placeholder for reference 47,"</w:t>
      </w:r>
    </w:p>
    <w:p w14:paraId="6AD1121C" w14:textId="524D5DDF" w:rsidR="00946D2F" w:rsidRPr="005F3A24" w:rsidRDefault="00000000" w:rsidP="005F3A24">
      <w:pPr>
        <w:pStyle w:val="ListParagraph"/>
        <w:numPr>
          <w:ilvl w:val="0"/>
          <w:numId w:val="10"/>
        </w:numPr>
        <w:spacing w:after="40" w:line="240" w:lineRule="auto"/>
        <w:ind w:left="426" w:hanging="426"/>
        <w:jc w:val="both"/>
        <w:rPr>
          <w:sz w:val="16"/>
          <w:szCs w:val="16"/>
        </w:rPr>
      </w:pPr>
      <w:bookmarkStart w:id="58" w:name="Ref_48"/>
      <w:bookmarkEnd w:id="58"/>
      <w:r w:rsidRPr="005F3A24">
        <w:rPr>
          <w:color w:val="121214"/>
          <w:sz w:val="16"/>
          <w:szCs w:val="16"/>
        </w:rPr>
        <w:t>A. A. Author and B. B. Author, "Article title placeholder for reference 48,"</w:t>
      </w:r>
    </w:p>
    <w:sectPr w:rsidR="00946D2F" w:rsidRPr="005F3A24" w:rsidSect="004B7C15">
      <w:headerReference w:type="even" r:id="rId62"/>
      <w:headerReference w:type="default" r:id="rId63"/>
      <w:footerReference w:type="even" r:id="rId64"/>
      <w:footerReference w:type="default" r:id="rId65"/>
      <w:headerReference w:type="first" r:id="rId66"/>
      <w:footerReference w:type="first" r:id="rId67"/>
      <w:pgSz w:w="11906" w:h="16838"/>
      <w:pgMar w:top="879" w:right="1219" w:bottom="879" w:left="1219" w:header="369" w:footer="369" w:gutter="0"/>
      <w:pgNumType w:start="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B514" w14:textId="77777777" w:rsidR="00086E38" w:rsidRDefault="00086E38">
      <w:pPr>
        <w:spacing w:line="240" w:lineRule="auto"/>
      </w:pPr>
      <w:r>
        <w:separator/>
      </w:r>
    </w:p>
  </w:endnote>
  <w:endnote w:type="continuationSeparator" w:id="0">
    <w:p w14:paraId="50F1AF7B" w14:textId="77777777" w:rsidR="00086E38" w:rsidRDefault="00086E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2AAC" w14:textId="77777777" w:rsidR="00EB0408" w:rsidRDefault="00000000">
    <w:pPr>
      <w:pStyle w:val="Footer"/>
      <w:jc w:val="center"/>
    </w:pPr>
    <w:proofErr w:type="gramStart"/>
    <w:r>
      <w:rPr>
        <w:color w:val="545860"/>
        <w:sz w:val="13"/>
      </w:rPr>
      <w:t>https://doi.org/10.xxxx/xxxxx  |</w:t>
    </w:r>
    <w:proofErr w:type="gramEnd"/>
    <w:r>
      <w:rPr>
        <w:color w:val="545860"/>
        <w:sz w:val="13"/>
      </w:rPr>
      <w:t xml:space="preserve">  e-ISSN </w:t>
    </w:r>
    <w:proofErr w:type="spellStart"/>
    <w:r>
      <w:rPr>
        <w:color w:val="545860"/>
        <w:sz w:val="13"/>
      </w:rPr>
      <w:t>xxxx-</w:t>
    </w:r>
    <w:proofErr w:type="gramStart"/>
    <w:r>
      <w:rPr>
        <w:color w:val="545860"/>
        <w:sz w:val="13"/>
      </w:rPr>
      <w:t>xxxx</w:t>
    </w:r>
    <w:proofErr w:type="spellEnd"/>
    <w:r>
      <w:rPr>
        <w:color w:val="545860"/>
        <w:sz w:val="13"/>
      </w:rPr>
      <w:t xml:space="preserve">  |</w:t>
    </w:r>
    <w:proofErr w:type="gramEnd"/>
    <w:r>
      <w:rPr>
        <w:color w:val="545860"/>
        <w:sz w:val="13"/>
      </w:rPr>
      <w:t xml:space="preserve">  © 2026 </w:t>
    </w:r>
    <w:proofErr w:type="spellStart"/>
    <w:r w:rsidR="00A758E7">
      <w:rPr>
        <w:color w:val="545860"/>
        <w:sz w:val="13"/>
      </w:rPr>
      <w:t>Kalidaka</w:t>
    </w:r>
    <w:proofErr w:type="spellEnd"/>
    <w:r w:rsidR="00A758E7">
      <w:rPr>
        <w:color w:val="545860"/>
        <w:sz w:val="13"/>
      </w:rPr>
      <w:t xml:space="preserve"> </w:t>
    </w:r>
    <w:proofErr w:type="spellStart"/>
    <w:r w:rsidR="00A758E7">
      <w:rPr>
        <w:color w:val="545860"/>
        <w:sz w:val="13"/>
      </w:rPr>
      <w:t>Cendikia</w:t>
    </w:r>
    <w:proofErr w:type="spellEnd"/>
    <w:r w:rsidR="00A758E7">
      <w:rPr>
        <w:color w:val="545860"/>
        <w:sz w:val="13"/>
      </w:rPr>
      <w:t xml:space="preserve"> Nusantara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D700" w14:textId="77777777" w:rsidR="00EB0408" w:rsidRDefault="00000000">
    <w:pPr>
      <w:pStyle w:val="Footer"/>
      <w:jc w:val="center"/>
    </w:pPr>
    <w:proofErr w:type="gramStart"/>
    <w:r>
      <w:rPr>
        <w:color w:val="545860"/>
        <w:sz w:val="13"/>
      </w:rPr>
      <w:t>https://doi.org/10.xxxx/xxxxx  |</w:t>
    </w:r>
    <w:proofErr w:type="gramEnd"/>
    <w:r>
      <w:rPr>
        <w:color w:val="545860"/>
        <w:sz w:val="13"/>
      </w:rPr>
      <w:t xml:space="preserve">  e-ISSN </w:t>
    </w:r>
    <w:proofErr w:type="spellStart"/>
    <w:r>
      <w:rPr>
        <w:color w:val="545860"/>
        <w:sz w:val="13"/>
      </w:rPr>
      <w:t>xxxx-</w:t>
    </w:r>
    <w:proofErr w:type="gramStart"/>
    <w:r>
      <w:rPr>
        <w:color w:val="545860"/>
        <w:sz w:val="13"/>
      </w:rPr>
      <w:t>xxxx</w:t>
    </w:r>
    <w:proofErr w:type="spellEnd"/>
    <w:r>
      <w:rPr>
        <w:color w:val="545860"/>
        <w:sz w:val="13"/>
      </w:rPr>
      <w:t xml:space="preserve">  |</w:t>
    </w:r>
    <w:proofErr w:type="gramEnd"/>
    <w:r>
      <w:rPr>
        <w:color w:val="545860"/>
        <w:sz w:val="13"/>
      </w:rPr>
      <w:t xml:space="preserve">  © 2026 </w:t>
    </w:r>
    <w:proofErr w:type="spellStart"/>
    <w:r w:rsidR="00A758E7">
      <w:rPr>
        <w:color w:val="545860"/>
        <w:sz w:val="13"/>
      </w:rPr>
      <w:t>Kalidaka</w:t>
    </w:r>
    <w:proofErr w:type="spellEnd"/>
    <w:r w:rsidR="00A758E7">
      <w:rPr>
        <w:color w:val="545860"/>
        <w:sz w:val="13"/>
      </w:rPr>
      <w:t xml:space="preserve"> </w:t>
    </w:r>
    <w:proofErr w:type="spellStart"/>
    <w:r w:rsidR="00A758E7">
      <w:rPr>
        <w:color w:val="545860"/>
        <w:sz w:val="13"/>
      </w:rPr>
      <w:t>Cendikia</w:t>
    </w:r>
    <w:proofErr w:type="spellEnd"/>
    <w:r w:rsidR="00A758E7">
      <w:rPr>
        <w:color w:val="545860"/>
        <w:sz w:val="13"/>
      </w:rPr>
      <w:t xml:space="preserve"> Nusantara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92ECF" w14:textId="77777777" w:rsidR="00EB0408" w:rsidRDefault="00000000">
    <w:pPr>
      <w:pStyle w:val="Footer"/>
      <w:jc w:val="center"/>
    </w:pPr>
    <w:r>
      <w:rPr>
        <w:color w:val="545860"/>
        <w:sz w:val="13"/>
      </w:rPr>
      <w:t xml:space="preserve">e-ISSN </w:t>
    </w:r>
    <w:proofErr w:type="spellStart"/>
    <w:r>
      <w:rPr>
        <w:color w:val="545860"/>
        <w:sz w:val="13"/>
      </w:rPr>
      <w:t>xxxx-</w:t>
    </w:r>
    <w:proofErr w:type="gramStart"/>
    <w:r>
      <w:rPr>
        <w:color w:val="545860"/>
        <w:sz w:val="13"/>
      </w:rPr>
      <w:t>xxxx</w:t>
    </w:r>
    <w:proofErr w:type="spellEnd"/>
    <w:r>
      <w:rPr>
        <w:color w:val="545860"/>
        <w:sz w:val="13"/>
      </w:rPr>
      <w:t xml:space="preserve">  |</w:t>
    </w:r>
    <w:proofErr w:type="gramEnd"/>
    <w:r>
      <w:rPr>
        <w:color w:val="545860"/>
        <w:sz w:val="13"/>
      </w:rPr>
      <w:t xml:space="preserve">  https://doi.org/10.xxxx/xxxxx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97BB" w14:textId="77777777" w:rsidR="00086E38" w:rsidRDefault="00086E38">
      <w:pPr>
        <w:spacing w:line="240" w:lineRule="auto"/>
      </w:pPr>
      <w:r>
        <w:separator/>
      </w:r>
    </w:p>
  </w:footnote>
  <w:footnote w:type="continuationSeparator" w:id="0">
    <w:p w14:paraId="4B0FA1B5" w14:textId="77777777" w:rsidR="00086E38" w:rsidRDefault="00086E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8533" w14:textId="46E0C597" w:rsidR="00EB0408" w:rsidRDefault="00000000">
    <w:pPr>
      <w:pStyle w:val="Header"/>
    </w:pPr>
    <w:r>
      <w:fldChar w:fldCharType="begin"/>
    </w:r>
    <w:r>
      <w:instrText>PAGE</w:instrText>
    </w:r>
    <w:r>
      <w:fldChar w:fldCharType="separate"/>
    </w:r>
    <w:r>
      <w:rPr>
        <w:color w:val="121214"/>
        <w:sz w:val="14"/>
      </w:rPr>
      <w:t>1</w:t>
    </w:r>
    <w:r>
      <w:rPr>
        <w:color w:val="121214"/>
        <w:sz w:val="14"/>
      </w:rPr>
      <w:fldChar w:fldCharType="end"/>
    </w:r>
    <w:r>
      <w:rPr>
        <w:color w:val="121214"/>
        <w:sz w:val="14"/>
      </w:rPr>
      <w:t xml:space="preserve">   </w:t>
    </w:r>
    <w:r w:rsidR="002E2F59" w:rsidRPr="002E2F59">
      <w:rPr>
        <w:color w:val="121214"/>
        <w:sz w:val="14"/>
      </w:rPr>
      <w:t>AUTHOR SURNAME(S)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B967" w14:textId="77777777" w:rsidR="00EB0408" w:rsidRDefault="008B0121">
    <w:pPr>
      <w:pStyle w:val="Header"/>
      <w:jc w:val="right"/>
    </w:pPr>
    <w:r>
      <w:rPr>
        <w:color w:val="121214"/>
        <w:sz w:val="14"/>
      </w:rPr>
      <w:t xml:space="preserve">Decision, Learning, and Human Development </w:t>
    </w:r>
    <w:r w:rsidR="00A758E7">
      <w:fldChar w:fldCharType="begin"/>
    </w:r>
    <w:r w:rsidR="00A758E7">
      <w:instrText>PAGE</w:instrText>
    </w:r>
    <w:r w:rsidR="00A758E7">
      <w:fldChar w:fldCharType="separate"/>
    </w:r>
    <w:r w:rsidR="00A758E7">
      <w:rPr>
        <w:color w:val="121214"/>
        <w:sz w:val="14"/>
      </w:rPr>
      <w:t>1</w:t>
    </w:r>
    <w:r w:rsidR="00A758E7">
      <w:rPr>
        <w:color w:val="121214"/>
        <w:sz w:val="1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A045" w14:textId="77777777" w:rsidR="00EB0408" w:rsidRDefault="00EB04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D17B81"/>
    <w:multiLevelType w:val="hybridMultilevel"/>
    <w:tmpl w:val="A4A6025A"/>
    <w:lvl w:ilvl="0" w:tplc="699C039E">
      <w:start w:val="1"/>
      <w:numFmt w:val="decimal"/>
      <w:lvlText w:val="[%1]"/>
      <w:lvlJc w:val="left"/>
      <w:pPr>
        <w:ind w:left="765" w:hanging="360"/>
      </w:pPr>
      <w:rPr>
        <w:rFonts w:hint="default"/>
        <w:sz w:val="16"/>
        <w:szCs w:val="16"/>
      </w:rPr>
    </w:lvl>
    <w:lvl w:ilvl="1" w:tplc="38090019" w:tentative="1">
      <w:start w:val="1"/>
      <w:numFmt w:val="lowerLetter"/>
      <w:lvlText w:val="%2."/>
      <w:lvlJc w:val="left"/>
      <w:pPr>
        <w:ind w:left="1485" w:hanging="360"/>
      </w:pPr>
    </w:lvl>
    <w:lvl w:ilvl="2" w:tplc="3809001B" w:tentative="1">
      <w:start w:val="1"/>
      <w:numFmt w:val="lowerRoman"/>
      <w:lvlText w:val="%3."/>
      <w:lvlJc w:val="right"/>
      <w:pPr>
        <w:ind w:left="2205" w:hanging="180"/>
      </w:pPr>
    </w:lvl>
    <w:lvl w:ilvl="3" w:tplc="3809000F" w:tentative="1">
      <w:start w:val="1"/>
      <w:numFmt w:val="decimal"/>
      <w:lvlText w:val="%4."/>
      <w:lvlJc w:val="left"/>
      <w:pPr>
        <w:ind w:left="2925" w:hanging="360"/>
      </w:pPr>
    </w:lvl>
    <w:lvl w:ilvl="4" w:tplc="38090019" w:tentative="1">
      <w:start w:val="1"/>
      <w:numFmt w:val="lowerLetter"/>
      <w:lvlText w:val="%5."/>
      <w:lvlJc w:val="left"/>
      <w:pPr>
        <w:ind w:left="3645" w:hanging="360"/>
      </w:pPr>
    </w:lvl>
    <w:lvl w:ilvl="5" w:tplc="3809001B" w:tentative="1">
      <w:start w:val="1"/>
      <w:numFmt w:val="lowerRoman"/>
      <w:lvlText w:val="%6."/>
      <w:lvlJc w:val="right"/>
      <w:pPr>
        <w:ind w:left="4365" w:hanging="180"/>
      </w:pPr>
    </w:lvl>
    <w:lvl w:ilvl="6" w:tplc="3809000F" w:tentative="1">
      <w:start w:val="1"/>
      <w:numFmt w:val="decimal"/>
      <w:lvlText w:val="%7."/>
      <w:lvlJc w:val="left"/>
      <w:pPr>
        <w:ind w:left="5085" w:hanging="360"/>
      </w:pPr>
    </w:lvl>
    <w:lvl w:ilvl="7" w:tplc="38090019" w:tentative="1">
      <w:start w:val="1"/>
      <w:numFmt w:val="lowerLetter"/>
      <w:lvlText w:val="%8."/>
      <w:lvlJc w:val="left"/>
      <w:pPr>
        <w:ind w:left="5805" w:hanging="360"/>
      </w:pPr>
    </w:lvl>
    <w:lvl w:ilvl="8" w:tplc="3809001B" w:tentative="1">
      <w:start w:val="1"/>
      <w:numFmt w:val="lowerRoman"/>
      <w:lvlText w:val="%9."/>
      <w:lvlJc w:val="right"/>
      <w:pPr>
        <w:ind w:left="6525" w:hanging="180"/>
      </w:pPr>
    </w:lvl>
  </w:abstractNum>
  <w:num w:numId="1" w16cid:durableId="1700160338">
    <w:abstractNumId w:val="8"/>
  </w:num>
  <w:num w:numId="2" w16cid:durableId="1064914798">
    <w:abstractNumId w:val="6"/>
  </w:num>
  <w:num w:numId="3" w16cid:durableId="1333724075">
    <w:abstractNumId w:val="5"/>
  </w:num>
  <w:num w:numId="4" w16cid:durableId="1751270501">
    <w:abstractNumId w:val="4"/>
  </w:num>
  <w:num w:numId="5" w16cid:durableId="2003967545">
    <w:abstractNumId w:val="7"/>
  </w:num>
  <w:num w:numId="6" w16cid:durableId="808936780">
    <w:abstractNumId w:val="3"/>
  </w:num>
  <w:num w:numId="7" w16cid:durableId="1685744127">
    <w:abstractNumId w:val="2"/>
  </w:num>
  <w:num w:numId="8" w16cid:durableId="1584800105">
    <w:abstractNumId w:val="1"/>
  </w:num>
  <w:num w:numId="9" w16cid:durableId="98456100">
    <w:abstractNumId w:val="0"/>
  </w:num>
  <w:num w:numId="10" w16cid:durableId="1177992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C29"/>
    <w:rsid w:val="00022F73"/>
    <w:rsid w:val="00034616"/>
    <w:rsid w:val="00046E2C"/>
    <w:rsid w:val="0006063C"/>
    <w:rsid w:val="00086E38"/>
    <w:rsid w:val="000C394B"/>
    <w:rsid w:val="0015074B"/>
    <w:rsid w:val="001872C3"/>
    <w:rsid w:val="001D6D42"/>
    <w:rsid w:val="00254967"/>
    <w:rsid w:val="0029639D"/>
    <w:rsid w:val="002E2F59"/>
    <w:rsid w:val="002F4169"/>
    <w:rsid w:val="00326F90"/>
    <w:rsid w:val="004128B1"/>
    <w:rsid w:val="004B7C15"/>
    <w:rsid w:val="0056364E"/>
    <w:rsid w:val="005C74F3"/>
    <w:rsid w:val="005F3A24"/>
    <w:rsid w:val="00640161"/>
    <w:rsid w:val="0065741D"/>
    <w:rsid w:val="006A0827"/>
    <w:rsid w:val="006B437F"/>
    <w:rsid w:val="006F74FF"/>
    <w:rsid w:val="00724D48"/>
    <w:rsid w:val="008B0121"/>
    <w:rsid w:val="00913695"/>
    <w:rsid w:val="00946D2F"/>
    <w:rsid w:val="009A0D30"/>
    <w:rsid w:val="00A07461"/>
    <w:rsid w:val="00A758E7"/>
    <w:rsid w:val="00AA1D8D"/>
    <w:rsid w:val="00B47730"/>
    <w:rsid w:val="00B71560"/>
    <w:rsid w:val="00B95C82"/>
    <w:rsid w:val="00C4202D"/>
    <w:rsid w:val="00CB0664"/>
    <w:rsid w:val="00D34EA3"/>
    <w:rsid w:val="00D52C79"/>
    <w:rsid w:val="00D727B6"/>
    <w:rsid w:val="00EB0408"/>
    <w:rsid w:val="00EB2D72"/>
    <w:rsid w:val="00EE3CE4"/>
    <w:rsid w:val="00EF59E6"/>
    <w:rsid w:val="00FC693F"/>
    <w:rsid w:val="00FE1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43D042"/>
  <w14:defaultImageDpi w14:val="300"/>
  <w15:docId w15:val="{4A947E89-191B-4D26-9893-F97F6305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02D"/>
    <w:pPr>
      <w:spacing w:after="0"/>
    </w:pPr>
    <w:rPr>
      <w:rFonts w:ascii="Noto Sans" w:eastAsia="Noto Sans" w:hAnsi="Noto Sans" w:cs="Noto Sans"/>
      <w:sz w:val="20"/>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0"/>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B437F"/>
    <w:rPr>
      <w:color w:val="0000FF" w:themeColor="hyperlink"/>
      <w:u w:val="single"/>
    </w:rPr>
  </w:style>
  <w:style w:type="character" w:styleId="UnresolvedMention">
    <w:name w:val="Unresolved Mention"/>
    <w:basedOn w:val="DefaultParagraphFont"/>
    <w:uiPriority w:val="99"/>
    <w:semiHidden/>
    <w:unhideWhenUsed/>
    <w:rsid w:val="006B43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deed.en" TargetMode="External"/><Relationship Id="rId18" Type="http://schemas.openxmlformats.org/officeDocument/2006/relationships/image" Target="media/image9.png"/><Relationship Id="rId26" Type="http://schemas.openxmlformats.org/officeDocument/2006/relationships/hyperlink" Target="https://doi.org/10.xxxx/xxxxx" TargetMode="External"/><Relationship Id="rId39" Type="http://schemas.openxmlformats.org/officeDocument/2006/relationships/hyperlink" Target="https://doi.org/10.xxxx/xxxxx" TargetMode="External"/><Relationship Id="rId21" Type="http://schemas.openxmlformats.org/officeDocument/2006/relationships/hyperlink" Target="https://doi.org/10.xxxx/xxxxx" TargetMode="External"/><Relationship Id="rId34" Type="http://schemas.openxmlformats.org/officeDocument/2006/relationships/hyperlink" Target="https://doi.org/10.xxxx/xxxxx" TargetMode="External"/><Relationship Id="rId42" Type="http://schemas.openxmlformats.org/officeDocument/2006/relationships/hyperlink" Target="https://doi.org/10.xxxx/xxxxx" TargetMode="External"/><Relationship Id="rId47" Type="http://schemas.openxmlformats.org/officeDocument/2006/relationships/hyperlink" Target="https://doi.org/10.xxxx/xxxxx" TargetMode="External"/><Relationship Id="rId50" Type="http://schemas.openxmlformats.org/officeDocument/2006/relationships/hyperlink" Target="https://doi.org/10.xxxx/xxxxx" TargetMode="External"/><Relationship Id="rId55" Type="http://schemas.openxmlformats.org/officeDocument/2006/relationships/hyperlink" Target="https://doi.org/10.xxxx/xxxxx" TargetMode="External"/><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doi.org/10.xxxx/x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xxxx/xxxxx" TargetMode="External"/><Relationship Id="rId32" Type="http://schemas.openxmlformats.org/officeDocument/2006/relationships/hyperlink" Target="https://doi.org/10.xxxx/xxxxx" TargetMode="External"/><Relationship Id="rId37" Type="http://schemas.openxmlformats.org/officeDocument/2006/relationships/hyperlink" Target="https://doi.org/10.xxxx/xxxxx" TargetMode="External"/><Relationship Id="rId40" Type="http://schemas.openxmlformats.org/officeDocument/2006/relationships/hyperlink" Target="https://doi.org/10.xxxx/xxxxx" TargetMode="External"/><Relationship Id="rId45" Type="http://schemas.openxmlformats.org/officeDocument/2006/relationships/hyperlink" Target="https://doi.org/10.xxxx/xxxxx" TargetMode="External"/><Relationship Id="rId53" Type="http://schemas.openxmlformats.org/officeDocument/2006/relationships/hyperlink" Target="https://doi.org/10.xxxx/xxxxx" TargetMode="External"/><Relationship Id="rId58" Type="http://schemas.openxmlformats.org/officeDocument/2006/relationships/hyperlink" Target="https://doi.org/10.xxxx/xxxxx" TargetMode="External"/><Relationship Id="rId66"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doi.org/10.xxxx/xxxxx" TargetMode="External"/><Relationship Id="rId28" Type="http://schemas.openxmlformats.org/officeDocument/2006/relationships/hyperlink" Target="https://doi.org/10.xxxx/xxxxx" TargetMode="External"/><Relationship Id="rId36" Type="http://schemas.openxmlformats.org/officeDocument/2006/relationships/hyperlink" Target="https://doi.org/10.xxxx/xxxxx" TargetMode="External"/><Relationship Id="rId49" Type="http://schemas.openxmlformats.org/officeDocument/2006/relationships/hyperlink" Target="https://doi.org/10.xxxx/xxxxx" TargetMode="External"/><Relationship Id="rId57" Type="http://schemas.openxmlformats.org/officeDocument/2006/relationships/hyperlink" Target="https://doi.org/10.xxxx/xxxxx" TargetMode="External"/><Relationship Id="rId61" Type="http://schemas.openxmlformats.org/officeDocument/2006/relationships/hyperlink" Target="https://doi.org/10.xxxx/xxxxx" TargetMode="External"/><Relationship Id="rId10" Type="http://schemas.openxmlformats.org/officeDocument/2006/relationships/image" Target="media/image3.jpg"/><Relationship Id="rId19" Type="http://schemas.openxmlformats.org/officeDocument/2006/relationships/hyperlink" Target="https://orcid.org/" TargetMode="External"/><Relationship Id="rId31" Type="http://schemas.openxmlformats.org/officeDocument/2006/relationships/hyperlink" Target="https://doi.org/10.xxxx/xxxxx" TargetMode="External"/><Relationship Id="rId44" Type="http://schemas.openxmlformats.org/officeDocument/2006/relationships/hyperlink" Target="https://doi.org/10.xxxx/xxxxx" TargetMode="External"/><Relationship Id="rId52" Type="http://schemas.openxmlformats.org/officeDocument/2006/relationships/hyperlink" Target="https://doi.org/10.xxxx/xxxxx" TargetMode="External"/><Relationship Id="rId60" Type="http://schemas.openxmlformats.org/officeDocument/2006/relationships/hyperlink" Target="https://doi.org/10.xxxx/xxxxx"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doi.org/10.xxxx/xxxxx" TargetMode="External"/><Relationship Id="rId27" Type="http://schemas.openxmlformats.org/officeDocument/2006/relationships/hyperlink" Target="https://doi.org/10.xxxx/xxxxx" TargetMode="External"/><Relationship Id="rId30" Type="http://schemas.openxmlformats.org/officeDocument/2006/relationships/hyperlink" Target="https://doi.org/10.xxxx/xxxxx" TargetMode="External"/><Relationship Id="rId35" Type="http://schemas.openxmlformats.org/officeDocument/2006/relationships/hyperlink" Target="https://doi.org/10.xxxx/xxxxx" TargetMode="External"/><Relationship Id="rId43" Type="http://schemas.openxmlformats.org/officeDocument/2006/relationships/hyperlink" Target="https://doi.org/10.xxxx/xxxxx" TargetMode="External"/><Relationship Id="rId48" Type="http://schemas.openxmlformats.org/officeDocument/2006/relationships/hyperlink" Target="https://doi.org/10.xxxx/xxxxx" TargetMode="External"/><Relationship Id="rId56" Type="http://schemas.openxmlformats.org/officeDocument/2006/relationships/hyperlink" Target="https://doi.org/10.xxxx/xxxxx"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oi.org/10.xxxx/xxxxx" TargetMode="External"/><Relationship Id="rId3" Type="http://schemas.openxmlformats.org/officeDocument/2006/relationships/styles" Target="styles.xml"/><Relationship Id="rId12" Type="http://schemas.openxmlformats.org/officeDocument/2006/relationships/hyperlink" Target="mailto:author@email.com" TargetMode="External"/><Relationship Id="rId17" Type="http://schemas.openxmlformats.org/officeDocument/2006/relationships/image" Target="media/image8.png"/><Relationship Id="rId25" Type="http://schemas.openxmlformats.org/officeDocument/2006/relationships/hyperlink" Target="https://doi.org/10.xxxx/xxxxx" TargetMode="External"/><Relationship Id="rId33" Type="http://schemas.openxmlformats.org/officeDocument/2006/relationships/hyperlink" Target="https://doi.org/10.xxxx/xxxxx" TargetMode="External"/><Relationship Id="rId38" Type="http://schemas.openxmlformats.org/officeDocument/2006/relationships/hyperlink" Target="https://doi.org/10.xxxx/xxxxx" TargetMode="External"/><Relationship Id="rId46" Type="http://schemas.openxmlformats.org/officeDocument/2006/relationships/hyperlink" Target="https://doi.org/10.xxxx/xxxxx" TargetMode="External"/><Relationship Id="rId59" Type="http://schemas.openxmlformats.org/officeDocument/2006/relationships/hyperlink" Target="https://doi.org/10.xxxx/xxxxx" TargetMode="External"/><Relationship Id="rId67" Type="http://schemas.openxmlformats.org/officeDocument/2006/relationships/footer" Target="footer3.xml"/><Relationship Id="rId20" Type="http://schemas.openxmlformats.org/officeDocument/2006/relationships/hyperlink" Target="https://orcid.org/" TargetMode="External"/><Relationship Id="rId41" Type="http://schemas.openxmlformats.org/officeDocument/2006/relationships/hyperlink" Target="https://doi.org/10.xxxx/xxxxx" TargetMode="External"/><Relationship Id="rId54" Type="http://schemas.openxmlformats.org/officeDocument/2006/relationships/hyperlink" Target="https://doi.org/10.xxxx/xxxxx" TargetMode="External"/><Relationship Id="rId6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6953</Words>
  <Characters>39636</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Indonesia's Ageing Transition Toward 2030: A Life-Course Projection Analysis of Old-Age Dependency and Healthy-Ageing Pressure</vt:lpstr>
    </vt:vector>
  </TitlesOfParts>
  <Manager/>
  <Company/>
  <LinksUpToDate>false</LinksUpToDate>
  <CharactersWithSpaces>46497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DLHD Master Article Template - Final Published Layout</dc:title>
  <dc:subject>Reusable final-publication layout template based on the approved DLHD article format</dc:subject>
  <dc:creator>WISE Pendidikan Indonesia</dc:creator>
  <cp:keywords>life course; healthy ageing; population ageing; old-age dependency; Indonesia</cp:keywords>
  <dc:description>Retains journal branding, cover, headers/footers, tables, figures, bookmarks, internal citation structure, and final article layout.</dc:description>
  <cp:lastModifiedBy>ZENBOOK</cp:lastModifiedBy>
  <cp:revision>2</cp:revision>
  <cp:lastPrinted>2026-08-18T02:11:00Z</cp:lastPrinted>
  <dcterms:created xsi:type="dcterms:W3CDTF">2026-08-18T14:55:00Z</dcterms:created>
  <dcterms:modified xsi:type="dcterms:W3CDTF">2026-08-18T14:55:00Z</dcterms:modified>
  <cp:category/>
</cp:coreProperties>
</file>